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9BEAD" w14:textId="03109EA7" w:rsidR="00CE0455" w:rsidRPr="002917BC" w:rsidRDefault="00083718" w:rsidP="001C7BBF">
      <w:pPr>
        <w:pStyle w:val="Titre1"/>
        <w:jc w:val="both"/>
        <w:rPr>
          <w:rFonts w:ascii="Arial" w:hAnsi="Arial" w:cs="Arial"/>
          <w:color w:val="auto"/>
          <w:sz w:val="22"/>
          <w:szCs w:val="22"/>
          <w:lang w:val="fr-FR"/>
        </w:rPr>
      </w:pPr>
      <w:r w:rsidRPr="002917BC">
        <w:rPr>
          <w:rFonts w:ascii="Arial" w:hAnsi="Arial" w:cs="Arial"/>
          <w:color w:val="auto"/>
          <w:sz w:val="22"/>
          <w:szCs w:val="22"/>
          <w:lang w:val="fr-FR"/>
        </w:rPr>
        <w:t xml:space="preserve">TERMES DE REFERENCE </w:t>
      </w:r>
      <w:r w:rsidR="00155821" w:rsidRPr="002917BC">
        <w:rPr>
          <w:rFonts w:ascii="Arial" w:hAnsi="Arial" w:cs="Arial"/>
          <w:color w:val="auto"/>
          <w:sz w:val="22"/>
          <w:szCs w:val="22"/>
          <w:lang w:val="fr-FR"/>
        </w:rPr>
        <w:t>FORMATION EN PREMIERS SECOURS</w:t>
      </w:r>
    </w:p>
    <w:p w14:paraId="5C7169CC" w14:textId="77777777" w:rsidR="00083718" w:rsidRPr="002917BC" w:rsidRDefault="00083718" w:rsidP="001C7BBF">
      <w:pPr>
        <w:jc w:val="both"/>
        <w:rPr>
          <w:rFonts w:ascii="Arial" w:hAnsi="Arial" w:cs="Arial"/>
          <w:lang w:val="fr-FR"/>
        </w:rPr>
      </w:pPr>
    </w:p>
    <w:p w14:paraId="2854A2A7" w14:textId="44833CB6" w:rsidR="00CE0455" w:rsidRPr="002917BC" w:rsidRDefault="00155821" w:rsidP="001C7BBF">
      <w:pPr>
        <w:jc w:val="both"/>
        <w:rPr>
          <w:rFonts w:ascii="Arial" w:hAnsi="Arial" w:cs="Arial"/>
          <w:lang w:val="fr-FR"/>
        </w:rPr>
      </w:pPr>
      <w:r w:rsidRPr="002917BC">
        <w:rPr>
          <w:rFonts w:ascii="Arial" w:hAnsi="Arial" w:cs="Arial"/>
          <w:lang w:val="fr-FR"/>
        </w:rPr>
        <w:t>La Deutsche Gesellschaft für Internationale Zusammenarbeit (GIZ) GmbH, est l'entreprise de coopération allemande qui travaille dans le cadre de la mise en œuvre des projets d'aide au développement à travers le monde. Avec une représentation à Kinshasa-R</w:t>
      </w:r>
      <w:r w:rsidR="00C55F21" w:rsidRPr="002917BC">
        <w:rPr>
          <w:rFonts w:ascii="Arial" w:hAnsi="Arial" w:cs="Arial"/>
          <w:lang w:val="fr-FR"/>
        </w:rPr>
        <w:t>D</w:t>
      </w:r>
      <w:r w:rsidRPr="002917BC">
        <w:rPr>
          <w:rFonts w:ascii="Arial" w:hAnsi="Arial" w:cs="Arial"/>
          <w:lang w:val="fr-FR"/>
        </w:rPr>
        <w:t xml:space="preserve">C, la GIZ lance cet appel d'offre pour recruter un expert indépendant pour dispenser </w:t>
      </w:r>
      <w:r w:rsidR="00186E3C" w:rsidRPr="002917BC">
        <w:rPr>
          <w:rFonts w:ascii="Arial" w:hAnsi="Arial" w:cs="Arial"/>
          <w:lang w:val="fr-FR"/>
        </w:rPr>
        <w:t>d</w:t>
      </w:r>
      <w:r w:rsidRPr="002917BC">
        <w:rPr>
          <w:rFonts w:ascii="Arial" w:hAnsi="Arial" w:cs="Arial"/>
          <w:lang w:val="fr-FR"/>
        </w:rPr>
        <w:t>e</w:t>
      </w:r>
      <w:r w:rsidR="00186E3C" w:rsidRPr="002917BC">
        <w:rPr>
          <w:rFonts w:ascii="Arial" w:hAnsi="Arial" w:cs="Arial"/>
          <w:lang w:val="fr-FR"/>
        </w:rPr>
        <w:t>s</w:t>
      </w:r>
      <w:r w:rsidRPr="002917BC">
        <w:rPr>
          <w:rFonts w:ascii="Arial" w:hAnsi="Arial" w:cs="Arial"/>
          <w:lang w:val="fr-FR"/>
        </w:rPr>
        <w:t xml:space="preserve"> formation</w:t>
      </w:r>
      <w:r w:rsidR="00186E3C" w:rsidRPr="002917BC">
        <w:rPr>
          <w:rFonts w:ascii="Arial" w:hAnsi="Arial" w:cs="Arial"/>
          <w:lang w:val="fr-FR"/>
        </w:rPr>
        <w:t>s</w:t>
      </w:r>
      <w:r w:rsidRPr="002917BC">
        <w:rPr>
          <w:rFonts w:ascii="Arial" w:hAnsi="Arial" w:cs="Arial"/>
          <w:lang w:val="fr-FR"/>
        </w:rPr>
        <w:t xml:space="preserve"> en premiers secours à son personnel</w:t>
      </w:r>
      <w:r w:rsidR="00186E3C" w:rsidRPr="002917BC">
        <w:rPr>
          <w:rFonts w:ascii="Arial" w:hAnsi="Arial" w:cs="Arial"/>
          <w:lang w:val="fr-FR"/>
        </w:rPr>
        <w:t xml:space="preserve"> à Kinshasa, Lubumbashi, Kindu et Buk</w:t>
      </w:r>
      <w:r w:rsidR="00255DC8" w:rsidRPr="002917BC">
        <w:rPr>
          <w:rFonts w:ascii="Arial" w:hAnsi="Arial" w:cs="Arial"/>
          <w:lang w:val="fr-FR"/>
        </w:rPr>
        <w:t>avu</w:t>
      </w:r>
      <w:r w:rsidR="00C83201" w:rsidRPr="002917BC">
        <w:rPr>
          <w:rStyle w:val="Appelnotedebasdep"/>
          <w:rFonts w:ascii="Arial" w:hAnsi="Arial" w:cs="Arial"/>
          <w:lang w:val="fr-FR"/>
        </w:rPr>
        <w:footnoteReference w:id="1"/>
      </w:r>
      <w:r w:rsidR="00255DC8" w:rsidRPr="002917BC">
        <w:rPr>
          <w:rFonts w:ascii="Arial" w:hAnsi="Arial" w:cs="Arial"/>
          <w:lang w:val="fr-FR"/>
        </w:rPr>
        <w:t>.</w:t>
      </w:r>
    </w:p>
    <w:p w14:paraId="51F0B629" w14:textId="39E3898B" w:rsidR="00CE0455" w:rsidRPr="002917BC" w:rsidRDefault="00155821" w:rsidP="001C7BBF">
      <w:pPr>
        <w:pStyle w:val="Titre2"/>
        <w:numPr>
          <w:ilvl w:val="0"/>
          <w:numId w:val="10"/>
        </w:numPr>
        <w:jc w:val="both"/>
        <w:rPr>
          <w:rFonts w:ascii="Arial" w:hAnsi="Arial" w:cs="Arial"/>
          <w:color w:val="auto"/>
          <w:sz w:val="22"/>
          <w:szCs w:val="22"/>
          <w:lang w:val="fr-FR"/>
        </w:rPr>
      </w:pPr>
      <w:r w:rsidRPr="002917BC">
        <w:rPr>
          <w:rFonts w:ascii="Arial" w:hAnsi="Arial" w:cs="Arial"/>
          <w:color w:val="auto"/>
          <w:sz w:val="22"/>
          <w:szCs w:val="22"/>
          <w:lang w:val="fr-FR"/>
        </w:rPr>
        <w:t>Contexte</w:t>
      </w:r>
    </w:p>
    <w:p w14:paraId="1A892667" w14:textId="77777777" w:rsidR="00CE0455" w:rsidRPr="002917BC" w:rsidRDefault="00155821" w:rsidP="001C7BBF">
      <w:pPr>
        <w:jc w:val="both"/>
        <w:rPr>
          <w:rFonts w:ascii="Arial" w:hAnsi="Arial" w:cs="Arial"/>
          <w:lang w:val="fr-FR"/>
        </w:rPr>
      </w:pPr>
      <w:r w:rsidRPr="002917BC">
        <w:rPr>
          <w:rFonts w:ascii="Arial" w:hAnsi="Arial" w:cs="Arial"/>
          <w:lang w:val="fr-FR"/>
        </w:rPr>
        <w:t>Dans le cadre de la sécurité des employés et aux fins de faire face à certains imprévus pouvant surgir dans ce domaine, évaluant par ailleurs l'environnement dans lequel le personnel évolue, il a été décidé de former tout le personnel, à Kinshasa comme à l'intérieur du pays, en premiers soins (premiers secours).</w:t>
      </w:r>
    </w:p>
    <w:p w14:paraId="151EDF6E" w14:textId="77777777" w:rsidR="00753D0F" w:rsidRPr="002917BC" w:rsidRDefault="00753D0F" w:rsidP="00753D0F">
      <w:pPr>
        <w:pStyle w:val="Titre2"/>
        <w:jc w:val="both"/>
        <w:rPr>
          <w:rFonts w:ascii="Arial" w:hAnsi="Arial" w:cs="Arial"/>
          <w:color w:val="000000" w:themeColor="text1"/>
          <w:sz w:val="22"/>
          <w:szCs w:val="22"/>
          <w:lang w:val="fr-FR"/>
        </w:rPr>
      </w:pPr>
      <w:r w:rsidRPr="002917BC">
        <w:rPr>
          <w:rFonts w:ascii="Arial" w:hAnsi="Arial" w:cs="Arial"/>
          <w:color w:val="000000" w:themeColor="text1"/>
          <w:sz w:val="22"/>
          <w:szCs w:val="22"/>
          <w:lang w:val="fr-FR"/>
        </w:rPr>
        <w:t>O</w:t>
      </w:r>
      <w:r w:rsidR="00155821" w:rsidRPr="002917BC">
        <w:rPr>
          <w:rFonts w:ascii="Arial" w:hAnsi="Arial" w:cs="Arial"/>
          <w:color w:val="000000" w:themeColor="text1"/>
          <w:sz w:val="22"/>
          <w:szCs w:val="22"/>
          <w:lang w:val="fr-FR"/>
        </w:rPr>
        <w:t>bjectif</w:t>
      </w:r>
      <w:r w:rsidRPr="002917BC">
        <w:rPr>
          <w:rFonts w:ascii="Arial" w:hAnsi="Arial" w:cs="Arial"/>
          <w:color w:val="000000" w:themeColor="text1"/>
          <w:sz w:val="22"/>
          <w:szCs w:val="22"/>
          <w:lang w:val="fr-FR"/>
        </w:rPr>
        <w:t>s de la formation</w:t>
      </w:r>
    </w:p>
    <w:p w14:paraId="1A92F94A" w14:textId="16AF6A19" w:rsidR="00CE0455" w:rsidRPr="002917BC" w:rsidRDefault="00753D0F" w:rsidP="00753D0F">
      <w:pPr>
        <w:pStyle w:val="Titre2"/>
        <w:numPr>
          <w:ilvl w:val="0"/>
          <w:numId w:val="18"/>
        </w:numPr>
        <w:jc w:val="both"/>
        <w:rPr>
          <w:rFonts w:ascii="Arial" w:hAnsi="Arial" w:cs="Arial"/>
          <w:color w:val="000000" w:themeColor="text1"/>
          <w:sz w:val="22"/>
          <w:szCs w:val="22"/>
          <w:lang w:val="fr-FR"/>
        </w:rPr>
      </w:pPr>
      <w:r w:rsidRPr="002917BC">
        <w:rPr>
          <w:rFonts w:ascii="Arial" w:hAnsi="Arial" w:cs="Arial"/>
          <w:color w:val="000000" w:themeColor="text1"/>
          <w:sz w:val="22"/>
          <w:szCs w:val="22"/>
          <w:lang w:val="fr-FR"/>
        </w:rPr>
        <w:t xml:space="preserve">Objectif global </w:t>
      </w:r>
    </w:p>
    <w:p w14:paraId="58922C44" w14:textId="77777777" w:rsidR="000C35BF" w:rsidRPr="002917BC" w:rsidRDefault="000C35BF" w:rsidP="000C35BF">
      <w:pPr>
        <w:rPr>
          <w:rFonts w:ascii="Arial" w:hAnsi="Arial" w:cs="Arial"/>
        </w:rPr>
      </w:pPr>
    </w:p>
    <w:p w14:paraId="6D0965CA" w14:textId="58A2DF9E" w:rsidR="000C35BF" w:rsidRPr="002917BC" w:rsidRDefault="000C35BF" w:rsidP="000C35BF">
      <w:pPr>
        <w:jc w:val="both"/>
        <w:rPr>
          <w:rFonts w:ascii="Arial" w:hAnsi="Arial" w:cs="Arial"/>
          <w:lang w:val="fr-FR"/>
        </w:rPr>
      </w:pPr>
      <w:r w:rsidRPr="002917BC">
        <w:rPr>
          <w:rFonts w:ascii="Arial" w:hAnsi="Arial" w:cs="Arial"/>
          <w:lang w:val="fr-FR"/>
        </w:rPr>
        <w:t xml:space="preserve">Cette formation vise à doter les participants des compétences nécessaires pour intervenir efficacement en cas d'accidents ou d’urgences médicales sur le lieu de travail ou dans tout autre </w:t>
      </w:r>
      <w:r w:rsidR="00133834" w:rsidRPr="002917BC">
        <w:rPr>
          <w:rFonts w:ascii="Arial" w:hAnsi="Arial" w:cs="Arial"/>
          <w:lang w:val="fr-FR"/>
        </w:rPr>
        <w:t>contexte avant</w:t>
      </w:r>
      <w:r w:rsidRPr="002917BC">
        <w:rPr>
          <w:rFonts w:ascii="Arial" w:hAnsi="Arial" w:cs="Arial"/>
          <w:lang w:val="fr-FR"/>
        </w:rPr>
        <w:t xml:space="preserve"> d'être conduit entre les mains des professionnels de la santé.</w:t>
      </w:r>
    </w:p>
    <w:p w14:paraId="6FF9E0B8" w14:textId="0497206A" w:rsidR="00753D0F" w:rsidRPr="002917BC" w:rsidRDefault="00753D0F" w:rsidP="00753D0F">
      <w:pPr>
        <w:pStyle w:val="Paragraphedeliste"/>
        <w:numPr>
          <w:ilvl w:val="0"/>
          <w:numId w:val="18"/>
        </w:numPr>
        <w:jc w:val="both"/>
        <w:rPr>
          <w:rFonts w:ascii="Arial" w:hAnsi="Arial" w:cs="Arial"/>
          <w:color w:val="000000" w:themeColor="text1"/>
          <w:lang w:val="fr-FR"/>
        </w:rPr>
      </w:pPr>
      <w:r w:rsidRPr="002917BC">
        <w:rPr>
          <w:rFonts w:ascii="Arial" w:hAnsi="Arial" w:cs="Arial"/>
          <w:color w:val="000000" w:themeColor="text1"/>
          <w:lang w:val="fr-FR"/>
        </w:rPr>
        <w:t xml:space="preserve">Objectifs spécifiques </w:t>
      </w:r>
    </w:p>
    <w:p w14:paraId="32A32273" w14:textId="3E3B8943" w:rsidR="00753D0F" w:rsidRPr="002917BC" w:rsidRDefault="00753D0F" w:rsidP="00753D0F">
      <w:pPr>
        <w:jc w:val="both"/>
        <w:rPr>
          <w:rFonts w:ascii="Arial" w:hAnsi="Arial" w:cs="Arial"/>
          <w:color w:val="000000" w:themeColor="text1"/>
          <w:lang w:val="fr-FR"/>
        </w:rPr>
      </w:pPr>
      <w:r w:rsidRPr="002917BC">
        <w:rPr>
          <w:rFonts w:ascii="Arial" w:hAnsi="Arial" w:cs="Arial"/>
          <w:color w:val="000000" w:themeColor="text1"/>
          <w:lang w:val="fr-FR"/>
        </w:rPr>
        <w:t>Former les membres du personnel aux premiers secours afin de:</w:t>
      </w:r>
    </w:p>
    <w:p w14:paraId="376D63A1" w14:textId="1D10FF01" w:rsidR="00753D0F" w:rsidRPr="002917BC" w:rsidRDefault="00753D0F" w:rsidP="00753D0F">
      <w:pPr>
        <w:pStyle w:val="Paragraphedeliste"/>
        <w:numPr>
          <w:ilvl w:val="0"/>
          <w:numId w:val="21"/>
        </w:numPr>
        <w:tabs>
          <w:tab w:val="num" w:pos="720"/>
        </w:tabs>
        <w:jc w:val="both"/>
        <w:rPr>
          <w:rFonts w:ascii="Arial" w:hAnsi="Arial" w:cs="Arial"/>
          <w:color w:val="000000" w:themeColor="text1"/>
          <w:lang w:val="fr-FR"/>
        </w:rPr>
      </w:pPr>
      <w:r w:rsidRPr="002917BC">
        <w:rPr>
          <w:rFonts w:ascii="Arial" w:hAnsi="Arial" w:cs="Arial"/>
          <w:color w:val="000000" w:themeColor="text1"/>
          <w:lang w:val="fr-FR"/>
        </w:rPr>
        <w:t>Réagir efficacement face à des situations d'urgence</w:t>
      </w:r>
    </w:p>
    <w:p w14:paraId="7A93E6C2" w14:textId="30138AED" w:rsidR="00753D0F" w:rsidRPr="002917BC" w:rsidRDefault="00753D0F" w:rsidP="00753D0F">
      <w:pPr>
        <w:pStyle w:val="Paragraphedeliste"/>
        <w:numPr>
          <w:ilvl w:val="0"/>
          <w:numId w:val="21"/>
        </w:numPr>
        <w:tabs>
          <w:tab w:val="num" w:pos="720"/>
        </w:tabs>
        <w:jc w:val="both"/>
        <w:rPr>
          <w:rFonts w:ascii="Arial" w:hAnsi="Arial" w:cs="Arial"/>
          <w:color w:val="000000" w:themeColor="text1"/>
          <w:lang w:val="fr-FR"/>
        </w:rPr>
      </w:pPr>
      <w:r w:rsidRPr="002917BC">
        <w:rPr>
          <w:rFonts w:ascii="Arial" w:hAnsi="Arial" w:cs="Arial"/>
          <w:color w:val="000000" w:themeColor="text1"/>
          <w:lang w:val="fr-FR"/>
        </w:rPr>
        <w:t>Sauver des vies par des gestes simples mais appropriés</w:t>
      </w:r>
    </w:p>
    <w:p w14:paraId="417EE4C3" w14:textId="7B69989F" w:rsidR="00753D0F" w:rsidRPr="002917BC" w:rsidRDefault="00753D0F" w:rsidP="00753D0F">
      <w:pPr>
        <w:pStyle w:val="Paragraphedeliste"/>
        <w:numPr>
          <w:ilvl w:val="0"/>
          <w:numId w:val="21"/>
        </w:numPr>
        <w:jc w:val="both"/>
        <w:rPr>
          <w:rFonts w:ascii="Arial" w:hAnsi="Arial" w:cs="Arial"/>
          <w:color w:val="000000" w:themeColor="text1"/>
          <w:lang w:val="fr-FR"/>
        </w:rPr>
      </w:pPr>
      <w:r w:rsidRPr="002917BC">
        <w:rPr>
          <w:rFonts w:ascii="Arial" w:hAnsi="Arial" w:cs="Arial"/>
          <w:color w:val="000000" w:themeColor="text1"/>
          <w:lang w:val="fr-FR"/>
        </w:rPr>
        <w:t>Réduire les conséquences d’un accident avant l’arrivée des secours professionnels</w:t>
      </w:r>
    </w:p>
    <w:p w14:paraId="4B6B1020" w14:textId="2F116715" w:rsidR="00133834" w:rsidRPr="002917BC" w:rsidRDefault="00133834" w:rsidP="00753D0F">
      <w:pPr>
        <w:pStyle w:val="Paragraphedeliste"/>
        <w:numPr>
          <w:ilvl w:val="0"/>
          <w:numId w:val="21"/>
        </w:numPr>
        <w:jc w:val="both"/>
        <w:rPr>
          <w:rFonts w:ascii="Arial" w:hAnsi="Arial" w:cs="Arial"/>
          <w:color w:val="000000" w:themeColor="text1"/>
          <w:lang w:val="fr-FR"/>
        </w:rPr>
      </w:pPr>
      <w:r w:rsidRPr="002917BC">
        <w:rPr>
          <w:rFonts w:ascii="Arial" w:hAnsi="Arial" w:cs="Arial"/>
          <w:color w:val="000000" w:themeColor="text1"/>
          <w:lang w:val="fr-FR"/>
        </w:rPr>
        <w:t xml:space="preserve">Cerner les gestes à poser et à ne surtout pas poser selon le cas en présence </w:t>
      </w:r>
    </w:p>
    <w:p w14:paraId="773B06BA" w14:textId="718DDE6C" w:rsidR="00133834" w:rsidRPr="002917BC" w:rsidRDefault="00133834" w:rsidP="00753D0F">
      <w:pPr>
        <w:pStyle w:val="Paragraphedeliste"/>
        <w:numPr>
          <w:ilvl w:val="0"/>
          <w:numId w:val="21"/>
        </w:numPr>
        <w:jc w:val="both"/>
        <w:rPr>
          <w:rFonts w:ascii="Arial" w:hAnsi="Arial" w:cs="Arial"/>
          <w:color w:val="000000" w:themeColor="text1"/>
          <w:lang w:val="fr-FR"/>
        </w:rPr>
      </w:pPr>
      <w:r w:rsidRPr="002917BC">
        <w:rPr>
          <w:rFonts w:ascii="Arial" w:hAnsi="Arial" w:cs="Arial"/>
          <w:color w:val="000000" w:themeColor="text1"/>
          <w:lang w:val="fr-FR"/>
        </w:rPr>
        <w:t>Mettre fin à certains mythes et préjugés sur les gestes de premiers secours.</w:t>
      </w:r>
    </w:p>
    <w:p w14:paraId="21B6156E" w14:textId="4694B045" w:rsidR="00CE0455" w:rsidRPr="002917BC" w:rsidRDefault="00155821" w:rsidP="001C7BBF">
      <w:pPr>
        <w:pStyle w:val="Titre2"/>
        <w:numPr>
          <w:ilvl w:val="0"/>
          <w:numId w:val="10"/>
        </w:numPr>
        <w:jc w:val="both"/>
        <w:rPr>
          <w:rFonts w:ascii="Arial" w:hAnsi="Arial" w:cs="Arial"/>
          <w:color w:val="auto"/>
          <w:sz w:val="22"/>
          <w:szCs w:val="22"/>
          <w:lang w:val="fr-FR"/>
        </w:rPr>
      </w:pPr>
      <w:r w:rsidRPr="002917BC">
        <w:rPr>
          <w:rFonts w:ascii="Arial" w:hAnsi="Arial" w:cs="Arial"/>
          <w:color w:val="auto"/>
          <w:sz w:val="22"/>
          <w:szCs w:val="22"/>
          <w:lang w:val="fr-FR"/>
        </w:rPr>
        <w:t>Public cible</w:t>
      </w:r>
    </w:p>
    <w:p w14:paraId="361314CA" w14:textId="24E96B1D" w:rsidR="00255DC8" w:rsidRPr="002917BC" w:rsidRDefault="00CF2724">
      <w:pPr>
        <w:jc w:val="both"/>
        <w:rPr>
          <w:rFonts w:ascii="Arial" w:hAnsi="Arial" w:cs="Arial"/>
          <w:lang w:val="fr-FR"/>
        </w:rPr>
      </w:pPr>
      <w:r w:rsidRPr="002917BC">
        <w:rPr>
          <w:rFonts w:ascii="Arial" w:hAnsi="Arial" w:cs="Arial"/>
          <w:lang w:val="fr-FR"/>
        </w:rPr>
        <w:t xml:space="preserve">Les formations doivent être lieu aux sites </w:t>
      </w:r>
      <w:r w:rsidR="002B022E" w:rsidRPr="002917BC">
        <w:rPr>
          <w:rFonts w:ascii="Arial" w:hAnsi="Arial" w:cs="Arial"/>
          <w:lang w:val="fr-FR"/>
        </w:rPr>
        <w:t xml:space="preserve">suivantes </w:t>
      </w:r>
      <w:r w:rsidR="00D30161" w:rsidRPr="002917BC">
        <w:rPr>
          <w:rFonts w:ascii="Arial" w:hAnsi="Arial" w:cs="Arial"/>
          <w:lang w:val="fr-FR"/>
        </w:rPr>
        <w:t xml:space="preserve">avec les nombres de personnel </w:t>
      </w:r>
      <w:r w:rsidR="00073B41" w:rsidRPr="002917BC">
        <w:rPr>
          <w:rFonts w:ascii="Arial" w:hAnsi="Arial" w:cs="Arial"/>
          <w:lang w:val="fr-FR"/>
        </w:rPr>
        <w:t>indiqué</w:t>
      </w:r>
      <w:r w:rsidR="00275DF2" w:rsidRPr="002917BC">
        <w:rPr>
          <w:rFonts w:ascii="Arial" w:hAnsi="Arial" w:cs="Arial"/>
          <w:lang w:val="fr-FR"/>
        </w:rPr>
        <w:t>s</w:t>
      </w:r>
      <w:r w:rsidR="00192697" w:rsidRPr="002917BC">
        <w:rPr>
          <w:rStyle w:val="Appelnotedebasdep"/>
          <w:rFonts w:ascii="Arial" w:hAnsi="Arial" w:cs="Arial"/>
          <w:lang w:val="fr-FR"/>
        </w:rPr>
        <w:footnoteReference w:id="2"/>
      </w:r>
      <w:r w:rsidR="00275DF2" w:rsidRPr="002917BC">
        <w:rPr>
          <w:rFonts w:ascii="Arial" w:hAnsi="Arial" w:cs="Arial"/>
          <w:lang w:val="fr-FR"/>
        </w:rPr>
        <w:t xml:space="preserve"> </w:t>
      </w:r>
      <w:r w:rsidR="002B022E" w:rsidRPr="002917BC">
        <w:rPr>
          <w:rFonts w:ascii="Arial" w:hAnsi="Arial" w:cs="Arial"/>
          <w:lang w:val="fr-FR"/>
        </w:rPr>
        <w:t>:</w:t>
      </w:r>
    </w:p>
    <w:p w14:paraId="08373299" w14:textId="5A58ECA3" w:rsidR="00073B41" w:rsidRPr="002917BC" w:rsidRDefault="00C20A22" w:rsidP="00580080">
      <w:pPr>
        <w:jc w:val="both"/>
        <w:rPr>
          <w:rFonts w:ascii="Arial" w:hAnsi="Arial" w:cs="Arial"/>
          <w:lang w:val="fr-FR"/>
        </w:rPr>
      </w:pPr>
      <w:r w:rsidRPr="002917BC">
        <w:rPr>
          <w:rFonts w:ascii="Arial" w:hAnsi="Arial" w:cs="Arial"/>
          <w:lang w:val="fr-FR"/>
        </w:rPr>
        <w:t>Kinshasa:</w:t>
      </w:r>
      <w:r w:rsidR="00AF0855" w:rsidRPr="002917BC">
        <w:rPr>
          <w:rFonts w:ascii="Arial" w:hAnsi="Arial" w:cs="Arial"/>
          <w:lang w:val="fr-FR"/>
        </w:rPr>
        <w:tab/>
        <w:t>50</w:t>
      </w:r>
      <w:r w:rsidR="00CD0E62" w:rsidRPr="002917BC">
        <w:rPr>
          <w:rFonts w:ascii="Arial" w:hAnsi="Arial" w:cs="Arial"/>
          <w:lang w:val="fr-FR"/>
        </w:rPr>
        <w:tab/>
        <w:t>(3 formations)</w:t>
      </w:r>
    </w:p>
    <w:p w14:paraId="7B7DF51D" w14:textId="67E010B5" w:rsidR="00C20A22" w:rsidRPr="002917BC" w:rsidRDefault="00155821" w:rsidP="00580080">
      <w:pPr>
        <w:jc w:val="both"/>
        <w:rPr>
          <w:rFonts w:ascii="Arial" w:hAnsi="Arial" w:cs="Arial"/>
          <w:lang w:val="fr-FR"/>
        </w:rPr>
      </w:pPr>
      <w:r w:rsidRPr="002917BC">
        <w:rPr>
          <w:rFonts w:ascii="Arial" w:hAnsi="Arial" w:cs="Arial"/>
          <w:lang w:val="fr-FR"/>
        </w:rPr>
        <w:t>Lubumbashi:</w:t>
      </w:r>
      <w:r w:rsidR="007F70AF" w:rsidRPr="002917BC">
        <w:rPr>
          <w:rFonts w:ascii="Arial" w:hAnsi="Arial" w:cs="Arial"/>
          <w:lang w:val="fr-FR"/>
        </w:rPr>
        <w:tab/>
      </w:r>
      <w:r w:rsidR="00BF61C9" w:rsidRPr="002917BC">
        <w:rPr>
          <w:rFonts w:ascii="Arial" w:hAnsi="Arial" w:cs="Arial"/>
          <w:lang w:val="fr-FR"/>
        </w:rPr>
        <w:t>29</w:t>
      </w:r>
      <w:r w:rsidR="00750C3B" w:rsidRPr="002917BC">
        <w:rPr>
          <w:rFonts w:ascii="Arial" w:hAnsi="Arial" w:cs="Arial"/>
          <w:lang w:val="fr-FR"/>
        </w:rPr>
        <w:tab/>
        <w:t>(2 formations)</w:t>
      </w:r>
    </w:p>
    <w:p w14:paraId="39C51157" w14:textId="75CB3005" w:rsidR="00CF2724" w:rsidRPr="002917BC" w:rsidRDefault="00CF2724" w:rsidP="00580080">
      <w:pPr>
        <w:spacing w:after="0"/>
        <w:jc w:val="both"/>
        <w:rPr>
          <w:rFonts w:ascii="Arial" w:hAnsi="Arial" w:cs="Arial"/>
          <w:lang w:val="fr-FR"/>
        </w:rPr>
      </w:pPr>
      <w:r w:rsidRPr="002917BC">
        <w:rPr>
          <w:rFonts w:ascii="Arial" w:hAnsi="Arial" w:cs="Arial"/>
          <w:lang w:val="fr-FR"/>
        </w:rPr>
        <w:t>Bukavu</w:t>
      </w:r>
      <w:r w:rsidR="00BF61C9" w:rsidRPr="002917BC">
        <w:rPr>
          <w:rFonts w:ascii="Arial" w:hAnsi="Arial" w:cs="Arial"/>
          <w:lang w:val="fr-FR"/>
        </w:rPr>
        <w:tab/>
      </w:r>
      <w:r w:rsidR="000B37DA" w:rsidRPr="002917BC">
        <w:rPr>
          <w:rFonts w:ascii="Arial" w:hAnsi="Arial" w:cs="Arial"/>
          <w:lang w:val="fr-FR"/>
        </w:rPr>
        <w:t>51</w:t>
      </w:r>
      <w:r w:rsidR="00750C3B" w:rsidRPr="002917BC">
        <w:rPr>
          <w:rFonts w:ascii="Arial" w:hAnsi="Arial" w:cs="Arial"/>
          <w:lang w:val="fr-FR"/>
        </w:rPr>
        <w:tab/>
        <w:t>(3 formations)</w:t>
      </w:r>
    </w:p>
    <w:p w14:paraId="7A805F3B" w14:textId="4C94BE20" w:rsidR="00083718" w:rsidRPr="002917BC" w:rsidRDefault="00C20A22" w:rsidP="00580080">
      <w:pPr>
        <w:spacing w:after="0"/>
        <w:jc w:val="both"/>
        <w:rPr>
          <w:rFonts w:ascii="Arial" w:hAnsi="Arial" w:cs="Arial"/>
          <w:lang w:val="fr-FR"/>
        </w:rPr>
      </w:pPr>
      <w:r w:rsidRPr="002917BC">
        <w:rPr>
          <w:rFonts w:ascii="Arial" w:hAnsi="Arial" w:cs="Arial"/>
          <w:lang w:val="fr-FR"/>
        </w:rPr>
        <w:t>Kindu:</w:t>
      </w:r>
      <w:r w:rsidR="002F102C" w:rsidRPr="002917BC">
        <w:rPr>
          <w:rFonts w:ascii="Arial" w:hAnsi="Arial" w:cs="Arial"/>
          <w:lang w:val="fr-FR"/>
        </w:rPr>
        <w:tab/>
      </w:r>
      <w:r w:rsidR="002F102C" w:rsidRPr="002917BC">
        <w:rPr>
          <w:rFonts w:ascii="Arial" w:hAnsi="Arial" w:cs="Arial"/>
          <w:lang w:val="fr-FR"/>
        </w:rPr>
        <w:tab/>
        <w:t>17</w:t>
      </w:r>
      <w:r w:rsidR="00750C3B" w:rsidRPr="002917BC">
        <w:rPr>
          <w:rFonts w:ascii="Arial" w:hAnsi="Arial" w:cs="Arial"/>
          <w:lang w:val="fr-FR"/>
        </w:rPr>
        <w:tab/>
        <w:t>(1 formation)</w:t>
      </w:r>
    </w:p>
    <w:p w14:paraId="6DB06A87" w14:textId="3254157A" w:rsidR="00CE0455" w:rsidRPr="002917BC" w:rsidRDefault="00155821" w:rsidP="001C7BBF">
      <w:pPr>
        <w:pStyle w:val="Titre2"/>
        <w:numPr>
          <w:ilvl w:val="0"/>
          <w:numId w:val="10"/>
        </w:numPr>
        <w:jc w:val="both"/>
        <w:rPr>
          <w:rFonts w:ascii="Arial" w:hAnsi="Arial" w:cs="Arial"/>
          <w:color w:val="auto"/>
          <w:sz w:val="22"/>
          <w:szCs w:val="22"/>
          <w:lang w:val="fr-FR"/>
        </w:rPr>
      </w:pPr>
      <w:r w:rsidRPr="002917BC">
        <w:rPr>
          <w:rFonts w:ascii="Arial" w:hAnsi="Arial" w:cs="Arial"/>
          <w:color w:val="auto"/>
          <w:sz w:val="22"/>
          <w:szCs w:val="22"/>
          <w:lang w:val="fr-FR"/>
        </w:rPr>
        <w:lastRenderedPageBreak/>
        <w:t>Tâches du consultant</w:t>
      </w:r>
    </w:p>
    <w:p w14:paraId="23F3AFE9" w14:textId="1AB4D1E6" w:rsidR="00CE0455" w:rsidRPr="002917BC" w:rsidRDefault="00927B37" w:rsidP="001C7BBF">
      <w:pPr>
        <w:jc w:val="both"/>
        <w:rPr>
          <w:rFonts w:ascii="Arial" w:hAnsi="Arial" w:cs="Arial"/>
          <w:lang w:val="fr-FR"/>
        </w:rPr>
      </w:pPr>
      <w:r w:rsidRPr="002917BC">
        <w:rPr>
          <w:rFonts w:ascii="Arial" w:hAnsi="Arial" w:cs="Arial"/>
          <w:lang w:val="fr-FR"/>
        </w:rPr>
        <w:br/>
      </w:r>
      <w:r w:rsidR="00155821" w:rsidRPr="002917BC">
        <w:rPr>
          <w:rFonts w:ascii="Arial" w:hAnsi="Arial" w:cs="Arial"/>
          <w:lang w:val="fr-FR"/>
        </w:rPr>
        <w:t>La tâche principale est celle de former, dans chaque site, le personnel de la GIZ en premiers soins de sorte que ce dernier soit en mesure de porter secours en cas de besoin, en attendant l'arrivée d'un professionnel de la santé.</w:t>
      </w:r>
    </w:p>
    <w:p w14:paraId="6522B873" w14:textId="08489F50" w:rsidR="00C16AFC" w:rsidRPr="002917BC" w:rsidRDefault="00670E22" w:rsidP="001C7BBF">
      <w:pPr>
        <w:jc w:val="both"/>
        <w:rPr>
          <w:rFonts w:ascii="Arial" w:hAnsi="Arial" w:cs="Arial"/>
          <w:lang w:val="fr-FR"/>
        </w:rPr>
      </w:pPr>
      <w:r w:rsidRPr="002917BC">
        <w:rPr>
          <w:rFonts w:ascii="Arial" w:hAnsi="Arial" w:cs="Arial"/>
          <w:lang w:val="fr-FR"/>
        </w:rPr>
        <w:t xml:space="preserve">Le focus des formations </w:t>
      </w:r>
      <w:r w:rsidR="00586F0D" w:rsidRPr="002917BC">
        <w:rPr>
          <w:rFonts w:ascii="Arial" w:hAnsi="Arial" w:cs="Arial"/>
          <w:lang w:val="fr-FR"/>
        </w:rPr>
        <w:t xml:space="preserve">doit être mis sur </w:t>
      </w:r>
      <w:r w:rsidR="008B55C8" w:rsidRPr="002917BC">
        <w:rPr>
          <w:rFonts w:ascii="Arial" w:hAnsi="Arial" w:cs="Arial"/>
          <w:b/>
          <w:bCs/>
          <w:lang w:val="fr-FR"/>
        </w:rPr>
        <w:t>l’application pratique</w:t>
      </w:r>
      <w:r w:rsidR="008B55C8" w:rsidRPr="002917BC">
        <w:rPr>
          <w:rFonts w:ascii="Arial" w:hAnsi="Arial" w:cs="Arial"/>
          <w:lang w:val="fr-FR"/>
        </w:rPr>
        <w:t xml:space="preserve"> </w:t>
      </w:r>
      <w:r w:rsidR="00652766" w:rsidRPr="002917BC">
        <w:rPr>
          <w:rFonts w:ascii="Arial" w:hAnsi="Arial" w:cs="Arial"/>
          <w:lang w:val="fr-FR"/>
        </w:rPr>
        <w:t xml:space="preserve">des différents </w:t>
      </w:r>
      <w:r w:rsidR="00AD52CC" w:rsidRPr="002917BC">
        <w:rPr>
          <w:rFonts w:ascii="Arial" w:hAnsi="Arial" w:cs="Arial"/>
          <w:lang w:val="fr-FR"/>
        </w:rPr>
        <w:t>points à apprendre.</w:t>
      </w:r>
    </w:p>
    <w:p w14:paraId="393EE312" w14:textId="362B24B9" w:rsidR="00753D0F" w:rsidRPr="002917BC" w:rsidRDefault="00753D0F" w:rsidP="000C35BF">
      <w:pPr>
        <w:pStyle w:val="Titre2"/>
        <w:numPr>
          <w:ilvl w:val="0"/>
          <w:numId w:val="10"/>
        </w:numPr>
        <w:jc w:val="both"/>
        <w:rPr>
          <w:rFonts w:ascii="Arial" w:hAnsi="Arial" w:cs="Arial"/>
          <w:color w:val="000000" w:themeColor="text1"/>
          <w:sz w:val="22"/>
          <w:szCs w:val="22"/>
          <w:lang w:val="fr-FR"/>
        </w:rPr>
      </w:pPr>
      <w:r w:rsidRPr="002917BC">
        <w:rPr>
          <w:rFonts w:ascii="Arial" w:hAnsi="Arial" w:cs="Arial"/>
          <w:color w:val="000000" w:themeColor="text1"/>
          <w:sz w:val="22"/>
          <w:szCs w:val="22"/>
          <w:lang w:val="fr-FR"/>
        </w:rPr>
        <w:t>Résultats attendus</w:t>
      </w:r>
    </w:p>
    <w:p w14:paraId="7C32E67C" w14:textId="1B1E3361" w:rsidR="00753D0F" w:rsidRPr="002917BC" w:rsidRDefault="006639F8" w:rsidP="00753D0F">
      <w:pPr>
        <w:jc w:val="both"/>
        <w:rPr>
          <w:rFonts w:ascii="Arial" w:hAnsi="Arial" w:cs="Arial"/>
          <w:color w:val="000000" w:themeColor="text1"/>
          <w:lang w:val="fr-FR"/>
        </w:rPr>
      </w:pPr>
      <w:r w:rsidRPr="002917BC">
        <w:rPr>
          <w:rFonts w:ascii="Arial" w:hAnsi="Arial" w:cs="Arial"/>
          <w:color w:val="000000" w:themeColor="text1"/>
          <w:lang w:val="fr-FR"/>
        </w:rPr>
        <w:t>A</w:t>
      </w:r>
      <w:r w:rsidR="00753D0F" w:rsidRPr="002917BC">
        <w:rPr>
          <w:rFonts w:ascii="Arial" w:hAnsi="Arial" w:cs="Arial"/>
          <w:color w:val="000000" w:themeColor="text1"/>
          <w:lang w:val="fr-FR"/>
        </w:rPr>
        <w:t xml:space="preserve"> la fin de la formation :</w:t>
      </w:r>
    </w:p>
    <w:p w14:paraId="47C12486" w14:textId="77777777" w:rsidR="00753D0F" w:rsidRPr="002917BC" w:rsidRDefault="00753D0F" w:rsidP="00753D0F">
      <w:pPr>
        <w:pStyle w:val="Paragraphedeliste"/>
        <w:numPr>
          <w:ilvl w:val="0"/>
          <w:numId w:val="23"/>
        </w:numPr>
        <w:tabs>
          <w:tab w:val="num" w:pos="720"/>
        </w:tabs>
        <w:jc w:val="both"/>
        <w:rPr>
          <w:rFonts w:ascii="Arial" w:hAnsi="Arial" w:cs="Arial"/>
          <w:color w:val="000000" w:themeColor="text1"/>
          <w:lang w:val="fr-FR"/>
        </w:rPr>
      </w:pPr>
      <w:r w:rsidRPr="002917BC">
        <w:rPr>
          <w:rFonts w:ascii="Arial" w:hAnsi="Arial" w:cs="Arial"/>
          <w:color w:val="000000" w:themeColor="text1"/>
          <w:lang w:val="fr-FR"/>
        </w:rPr>
        <w:t>Les participants seront capables d’identifier les principales urgences vitales.</w:t>
      </w:r>
    </w:p>
    <w:p w14:paraId="57A2FDB9" w14:textId="47628CCC" w:rsidR="00753D0F" w:rsidRPr="002917BC" w:rsidRDefault="00753D0F" w:rsidP="00753D0F">
      <w:pPr>
        <w:pStyle w:val="Paragraphedeliste"/>
        <w:numPr>
          <w:ilvl w:val="0"/>
          <w:numId w:val="23"/>
        </w:numPr>
        <w:tabs>
          <w:tab w:val="num" w:pos="720"/>
        </w:tabs>
        <w:jc w:val="both"/>
        <w:rPr>
          <w:rFonts w:ascii="Arial" w:hAnsi="Arial" w:cs="Arial"/>
          <w:color w:val="000000" w:themeColor="text1"/>
          <w:lang w:val="fr-FR"/>
        </w:rPr>
      </w:pPr>
      <w:r w:rsidRPr="002917BC">
        <w:rPr>
          <w:rFonts w:ascii="Arial" w:hAnsi="Arial" w:cs="Arial"/>
          <w:color w:val="000000" w:themeColor="text1"/>
          <w:lang w:val="fr-FR"/>
        </w:rPr>
        <w:t xml:space="preserve">Ils auront acquis les </w:t>
      </w:r>
      <w:r w:rsidRPr="002917BC">
        <w:rPr>
          <w:rFonts w:ascii="Arial" w:hAnsi="Arial" w:cs="Arial"/>
          <w:b/>
          <w:bCs/>
          <w:color w:val="000000" w:themeColor="text1"/>
          <w:lang w:val="fr-FR"/>
        </w:rPr>
        <w:t>compétences pratiques</w:t>
      </w:r>
      <w:r w:rsidRPr="002917BC">
        <w:rPr>
          <w:rFonts w:ascii="Arial" w:hAnsi="Arial" w:cs="Arial"/>
          <w:color w:val="000000" w:themeColor="text1"/>
          <w:lang w:val="fr-FR"/>
        </w:rPr>
        <w:t xml:space="preserve"> de premiers secours (position latérale de sécurité, massage cardiaque, arrêt des saignements, etc.).</w:t>
      </w:r>
    </w:p>
    <w:p w14:paraId="22EC8244" w14:textId="77777777" w:rsidR="00753D0F" w:rsidRPr="002917BC" w:rsidRDefault="00753D0F" w:rsidP="00753D0F">
      <w:pPr>
        <w:pStyle w:val="Paragraphedeliste"/>
        <w:numPr>
          <w:ilvl w:val="0"/>
          <w:numId w:val="23"/>
        </w:numPr>
        <w:tabs>
          <w:tab w:val="num" w:pos="720"/>
        </w:tabs>
        <w:jc w:val="both"/>
        <w:rPr>
          <w:rFonts w:ascii="Arial" w:hAnsi="Arial" w:cs="Arial"/>
          <w:color w:val="000000" w:themeColor="text1"/>
          <w:lang w:val="fr-FR"/>
        </w:rPr>
      </w:pPr>
      <w:r w:rsidRPr="002917BC">
        <w:rPr>
          <w:rFonts w:ascii="Arial" w:hAnsi="Arial" w:cs="Arial"/>
          <w:color w:val="000000" w:themeColor="text1"/>
          <w:lang w:val="fr-FR"/>
        </w:rPr>
        <w:t>Un minimum de 80 % des participants auront validé les acquis de la formation selon une évaluation finale.</w:t>
      </w:r>
    </w:p>
    <w:p w14:paraId="3851343A" w14:textId="0214177B" w:rsidR="00753D0F" w:rsidRPr="002917BC" w:rsidRDefault="00753D0F" w:rsidP="00753D0F">
      <w:pPr>
        <w:pStyle w:val="Paragraphedeliste"/>
        <w:numPr>
          <w:ilvl w:val="0"/>
          <w:numId w:val="23"/>
        </w:numPr>
        <w:tabs>
          <w:tab w:val="num" w:pos="720"/>
        </w:tabs>
        <w:jc w:val="both"/>
        <w:rPr>
          <w:rFonts w:ascii="Arial" w:hAnsi="Arial" w:cs="Arial"/>
          <w:color w:val="000000" w:themeColor="text1"/>
          <w:lang w:val="fr-FR"/>
        </w:rPr>
      </w:pPr>
      <w:r w:rsidRPr="002917BC">
        <w:rPr>
          <w:rFonts w:ascii="Arial" w:hAnsi="Arial" w:cs="Arial"/>
          <w:color w:val="000000" w:themeColor="text1"/>
          <w:lang w:val="fr-FR"/>
        </w:rPr>
        <w:t xml:space="preserve">Un rapport détaillé de </w:t>
      </w:r>
      <w:r w:rsidR="00B03F6A" w:rsidRPr="002917BC">
        <w:rPr>
          <w:rFonts w:ascii="Arial" w:hAnsi="Arial" w:cs="Arial"/>
          <w:color w:val="000000" w:themeColor="text1"/>
          <w:lang w:val="fr-FR"/>
        </w:rPr>
        <w:t xml:space="preserve">chaque </w:t>
      </w:r>
      <w:r w:rsidRPr="002917BC">
        <w:rPr>
          <w:rFonts w:ascii="Arial" w:hAnsi="Arial" w:cs="Arial"/>
          <w:color w:val="000000" w:themeColor="text1"/>
          <w:lang w:val="fr-FR"/>
        </w:rPr>
        <w:t>formation sera fourni.</w:t>
      </w:r>
    </w:p>
    <w:p w14:paraId="56B042A7" w14:textId="63E9D405" w:rsidR="00CE0455" w:rsidRPr="002917BC" w:rsidRDefault="00155821" w:rsidP="001C7BBF">
      <w:pPr>
        <w:pStyle w:val="Titre2"/>
        <w:numPr>
          <w:ilvl w:val="0"/>
          <w:numId w:val="10"/>
        </w:numPr>
        <w:jc w:val="both"/>
        <w:rPr>
          <w:rFonts w:ascii="Arial" w:hAnsi="Arial" w:cs="Arial"/>
          <w:color w:val="auto"/>
          <w:sz w:val="22"/>
          <w:szCs w:val="22"/>
          <w:lang w:val="fr-FR"/>
        </w:rPr>
      </w:pPr>
      <w:r w:rsidRPr="002917BC">
        <w:rPr>
          <w:rFonts w:ascii="Arial" w:hAnsi="Arial" w:cs="Arial"/>
          <w:color w:val="auto"/>
          <w:sz w:val="22"/>
          <w:szCs w:val="22"/>
          <w:lang w:val="fr-FR"/>
        </w:rPr>
        <w:t>Méthodologie</w:t>
      </w:r>
    </w:p>
    <w:p w14:paraId="28FE8E34" w14:textId="77777777" w:rsidR="00DD779A" w:rsidRPr="002917BC" w:rsidRDefault="00DD779A" w:rsidP="001C7BBF">
      <w:pPr>
        <w:jc w:val="both"/>
        <w:rPr>
          <w:rFonts w:ascii="Arial" w:hAnsi="Arial" w:cs="Arial"/>
          <w:lang w:val="fr-FR"/>
        </w:rPr>
      </w:pPr>
    </w:p>
    <w:p w14:paraId="42F9E5AC" w14:textId="08F7970E" w:rsidR="00CE0455" w:rsidRPr="002917BC" w:rsidRDefault="00753D0F" w:rsidP="001C7BBF">
      <w:pPr>
        <w:jc w:val="both"/>
        <w:rPr>
          <w:rFonts w:ascii="Arial" w:hAnsi="Arial" w:cs="Arial"/>
          <w:lang w:val="fr-FR"/>
        </w:rPr>
      </w:pPr>
      <w:r w:rsidRPr="002917BC">
        <w:rPr>
          <w:rFonts w:ascii="Arial" w:hAnsi="Arial" w:cs="Arial"/>
          <w:lang w:val="fr-FR"/>
        </w:rPr>
        <w:t xml:space="preserve">La méthodologie du </w:t>
      </w:r>
      <w:r w:rsidR="00155821" w:rsidRPr="002917BC">
        <w:rPr>
          <w:rFonts w:ascii="Arial" w:hAnsi="Arial" w:cs="Arial"/>
          <w:lang w:val="fr-FR"/>
        </w:rPr>
        <w:t>formateur</w:t>
      </w:r>
      <w:r w:rsidRPr="002917BC">
        <w:rPr>
          <w:rFonts w:ascii="Arial" w:hAnsi="Arial" w:cs="Arial"/>
          <w:lang w:val="fr-FR"/>
        </w:rPr>
        <w:t xml:space="preserve"> doit être expositive, explicative et participative</w:t>
      </w:r>
      <w:r w:rsidR="00917B15" w:rsidRPr="002917BC">
        <w:rPr>
          <w:rFonts w:ascii="Arial" w:hAnsi="Arial" w:cs="Arial"/>
          <w:lang w:val="fr-FR"/>
        </w:rPr>
        <w:t xml:space="preserve"> avec un support théorique (une présentation digitale, un syllabus etc.) et une partie pratique</w:t>
      </w:r>
      <w:r w:rsidR="00155821" w:rsidRPr="002917BC">
        <w:rPr>
          <w:rFonts w:ascii="Arial" w:hAnsi="Arial" w:cs="Arial"/>
          <w:lang w:val="fr-FR"/>
        </w:rPr>
        <w:t xml:space="preserve">. Celui-ci doit posséder le matériel </w:t>
      </w:r>
      <w:r w:rsidRPr="002917BC">
        <w:rPr>
          <w:rFonts w:ascii="Arial" w:hAnsi="Arial" w:cs="Arial"/>
          <w:lang w:val="fr-FR"/>
        </w:rPr>
        <w:t>moderne</w:t>
      </w:r>
      <w:r w:rsidR="00133834" w:rsidRPr="002917BC">
        <w:rPr>
          <w:rFonts w:ascii="Arial" w:hAnsi="Arial" w:cs="Arial"/>
          <w:lang w:val="fr-FR"/>
        </w:rPr>
        <w:t xml:space="preserve"> (voir liste en annexe, non exhaustive)</w:t>
      </w:r>
      <w:r w:rsidRPr="002917BC">
        <w:rPr>
          <w:rFonts w:ascii="Arial" w:hAnsi="Arial" w:cs="Arial"/>
          <w:lang w:val="fr-FR"/>
        </w:rPr>
        <w:t xml:space="preserve"> </w:t>
      </w:r>
      <w:r w:rsidR="00155821" w:rsidRPr="002917BC">
        <w:rPr>
          <w:rFonts w:ascii="Arial" w:hAnsi="Arial" w:cs="Arial"/>
          <w:lang w:val="fr-FR"/>
        </w:rPr>
        <w:t>pour faciliter certaines démonstrations.</w:t>
      </w:r>
      <w:r w:rsidRPr="002917BC">
        <w:rPr>
          <w:rFonts w:ascii="Arial" w:hAnsi="Arial" w:cs="Arial"/>
          <w:lang w:val="fr-FR"/>
        </w:rPr>
        <w:t xml:space="preserve"> Il doit inciter la participation de tous/toutes les participant.e.s</w:t>
      </w:r>
      <w:r w:rsidR="00917B15" w:rsidRPr="002917BC">
        <w:rPr>
          <w:rFonts w:ascii="Arial" w:hAnsi="Arial" w:cs="Arial"/>
          <w:lang w:val="fr-FR"/>
        </w:rPr>
        <w:t>.</w:t>
      </w:r>
    </w:p>
    <w:p w14:paraId="2068C873" w14:textId="7BCD63F1" w:rsidR="00917B15" w:rsidRPr="002917BC" w:rsidRDefault="00917B15" w:rsidP="001C7BBF">
      <w:pPr>
        <w:jc w:val="both"/>
        <w:rPr>
          <w:rFonts w:ascii="Arial" w:hAnsi="Arial" w:cs="Arial"/>
          <w:lang w:val="fr-FR"/>
        </w:rPr>
      </w:pPr>
      <w:r w:rsidRPr="002917BC">
        <w:rPr>
          <w:rFonts w:ascii="Arial" w:hAnsi="Arial" w:cs="Arial"/>
          <w:lang w:val="fr-FR"/>
        </w:rPr>
        <w:t>A la fin de la formation, un questionnaire destiné aux apprenants pour évaluer le formateur, plus un second destiné aux formateurs pour évaluer les apprenants déterminera le niveau d’assimilation de la matière dispensée.</w:t>
      </w:r>
    </w:p>
    <w:p w14:paraId="042D6107" w14:textId="29B0F4B2" w:rsidR="00753D0F" w:rsidRPr="002917BC" w:rsidRDefault="00753D0F" w:rsidP="00753D0F">
      <w:pPr>
        <w:pStyle w:val="Titre2"/>
        <w:numPr>
          <w:ilvl w:val="0"/>
          <w:numId w:val="10"/>
        </w:numPr>
        <w:jc w:val="both"/>
        <w:rPr>
          <w:rFonts w:ascii="Arial" w:hAnsi="Arial" w:cs="Arial"/>
          <w:color w:val="000000" w:themeColor="text1"/>
          <w:sz w:val="22"/>
          <w:szCs w:val="22"/>
          <w:lang w:val="fr-FR"/>
        </w:rPr>
      </w:pPr>
      <w:r w:rsidRPr="002917BC">
        <w:rPr>
          <w:rFonts w:ascii="Arial" w:hAnsi="Arial" w:cs="Arial"/>
          <w:color w:val="000000" w:themeColor="text1"/>
          <w:sz w:val="22"/>
          <w:szCs w:val="22"/>
          <w:lang w:val="fr-FR"/>
        </w:rPr>
        <w:t>Tâches de l’expert</w:t>
      </w:r>
    </w:p>
    <w:p w14:paraId="5BF00C74" w14:textId="1C3A5C48" w:rsidR="00753D0F" w:rsidRPr="002917BC" w:rsidRDefault="00753D0F" w:rsidP="00753D0F">
      <w:pPr>
        <w:jc w:val="both"/>
        <w:rPr>
          <w:rFonts w:ascii="Arial" w:hAnsi="Arial" w:cs="Arial"/>
          <w:color w:val="000000" w:themeColor="text1"/>
          <w:lang w:val="fr-FR"/>
        </w:rPr>
      </w:pPr>
      <w:r w:rsidRPr="002917BC">
        <w:rPr>
          <w:rFonts w:ascii="Arial" w:hAnsi="Arial" w:cs="Arial"/>
          <w:color w:val="000000" w:themeColor="text1"/>
          <w:lang w:val="fr-FR"/>
        </w:rPr>
        <w:t>L’expert aura pour tâches:</w:t>
      </w:r>
    </w:p>
    <w:p w14:paraId="231AB6D8" w14:textId="1B1A693D" w:rsidR="00753D0F" w:rsidRPr="002917BC" w:rsidRDefault="00753D0F" w:rsidP="00C525BE">
      <w:pPr>
        <w:pStyle w:val="Paragraphedeliste"/>
        <w:numPr>
          <w:ilvl w:val="0"/>
          <w:numId w:val="26"/>
        </w:numPr>
        <w:jc w:val="both"/>
        <w:rPr>
          <w:rFonts w:ascii="Arial" w:hAnsi="Arial" w:cs="Arial"/>
          <w:color w:val="000000" w:themeColor="text1"/>
          <w:lang w:val="fr-FR"/>
        </w:rPr>
      </w:pPr>
      <w:r w:rsidRPr="002917BC">
        <w:rPr>
          <w:rFonts w:ascii="Arial" w:hAnsi="Arial" w:cs="Arial"/>
          <w:color w:val="000000" w:themeColor="text1"/>
          <w:lang w:val="fr-FR"/>
        </w:rPr>
        <w:t>Élaborer un programme de formation adapté au profil des participants</w:t>
      </w:r>
      <w:r w:rsidR="00264D56" w:rsidRPr="002917BC">
        <w:rPr>
          <w:rFonts w:ascii="Arial" w:hAnsi="Arial" w:cs="Arial"/>
          <w:color w:val="000000" w:themeColor="text1"/>
          <w:lang w:val="fr-FR"/>
        </w:rPr>
        <w:t xml:space="preserve"> </w:t>
      </w:r>
      <w:r w:rsidR="000C1E6D" w:rsidRPr="002917BC">
        <w:rPr>
          <w:rFonts w:ascii="Arial" w:hAnsi="Arial" w:cs="Arial"/>
          <w:color w:val="000000" w:themeColor="text1"/>
          <w:lang w:val="fr-FR"/>
        </w:rPr>
        <w:t>et en envoyer avec l’offre</w:t>
      </w:r>
      <w:r w:rsidRPr="002917BC">
        <w:rPr>
          <w:rFonts w:ascii="Arial" w:hAnsi="Arial" w:cs="Arial"/>
          <w:color w:val="000000" w:themeColor="text1"/>
          <w:lang w:val="fr-FR"/>
        </w:rPr>
        <w:t>.</w:t>
      </w:r>
    </w:p>
    <w:p w14:paraId="371B6038" w14:textId="70AE8F6F" w:rsidR="00AD624C" w:rsidRPr="002917BC" w:rsidRDefault="00AD624C" w:rsidP="00C525BE">
      <w:pPr>
        <w:pStyle w:val="Paragraphedeliste"/>
        <w:numPr>
          <w:ilvl w:val="0"/>
          <w:numId w:val="26"/>
        </w:numPr>
        <w:jc w:val="both"/>
        <w:rPr>
          <w:rFonts w:ascii="Arial" w:hAnsi="Arial" w:cs="Arial"/>
          <w:color w:val="000000" w:themeColor="text1"/>
          <w:lang w:val="fr-FR"/>
        </w:rPr>
      </w:pPr>
      <w:r w:rsidRPr="002917BC">
        <w:rPr>
          <w:rFonts w:ascii="Arial" w:hAnsi="Arial" w:cs="Arial"/>
          <w:color w:val="000000" w:themeColor="text1"/>
          <w:lang w:val="fr-FR"/>
        </w:rPr>
        <w:t xml:space="preserve">Ajouter à l’offre </w:t>
      </w:r>
      <w:r w:rsidR="0011432F" w:rsidRPr="002917BC">
        <w:rPr>
          <w:rFonts w:ascii="Arial" w:hAnsi="Arial" w:cs="Arial"/>
          <w:color w:val="000000" w:themeColor="text1"/>
          <w:lang w:val="fr-FR"/>
        </w:rPr>
        <w:t xml:space="preserve">en frome détaillé les positions </w:t>
      </w:r>
      <w:r w:rsidR="00750C3B" w:rsidRPr="002917BC">
        <w:rPr>
          <w:rFonts w:ascii="Arial" w:hAnsi="Arial" w:cs="Arial"/>
          <w:color w:val="000000" w:themeColor="text1"/>
          <w:lang w:val="fr-FR"/>
        </w:rPr>
        <w:t>des différents coûts</w:t>
      </w:r>
      <w:r w:rsidR="0011432F" w:rsidRPr="002917BC">
        <w:rPr>
          <w:rFonts w:ascii="Arial" w:hAnsi="Arial" w:cs="Arial"/>
          <w:color w:val="000000" w:themeColor="text1"/>
          <w:lang w:val="fr-FR"/>
        </w:rPr>
        <w:t xml:space="preserve"> </w:t>
      </w:r>
      <w:r w:rsidR="000933F1" w:rsidRPr="002917BC">
        <w:rPr>
          <w:rFonts w:ascii="Arial" w:hAnsi="Arial" w:cs="Arial"/>
          <w:color w:val="000000" w:themeColor="text1"/>
          <w:lang w:val="fr-FR"/>
        </w:rPr>
        <w:t>pour la formation.</w:t>
      </w:r>
    </w:p>
    <w:p w14:paraId="52E5388F" w14:textId="08A1568D" w:rsidR="00753D0F" w:rsidRPr="002917BC" w:rsidRDefault="00753D0F" w:rsidP="00C525BE">
      <w:pPr>
        <w:pStyle w:val="Paragraphedeliste"/>
        <w:numPr>
          <w:ilvl w:val="0"/>
          <w:numId w:val="26"/>
        </w:numPr>
        <w:jc w:val="both"/>
        <w:rPr>
          <w:rFonts w:ascii="Arial" w:hAnsi="Arial" w:cs="Arial"/>
          <w:color w:val="000000" w:themeColor="text1"/>
          <w:lang w:val="fr-FR"/>
        </w:rPr>
      </w:pPr>
      <w:r w:rsidRPr="002917BC">
        <w:rPr>
          <w:rFonts w:ascii="Arial" w:hAnsi="Arial" w:cs="Arial"/>
          <w:color w:val="000000" w:themeColor="text1"/>
          <w:lang w:val="fr-FR"/>
        </w:rPr>
        <w:t>Préparer les supports pédagogiques (mannequin</w:t>
      </w:r>
      <w:r w:rsidR="00917B15" w:rsidRPr="002917BC">
        <w:rPr>
          <w:rFonts w:ascii="Arial" w:hAnsi="Arial" w:cs="Arial"/>
          <w:color w:val="000000" w:themeColor="text1"/>
          <w:lang w:val="fr-FR"/>
        </w:rPr>
        <w:t xml:space="preserve">, </w:t>
      </w:r>
      <w:r w:rsidR="00935829" w:rsidRPr="002917BC">
        <w:rPr>
          <w:rFonts w:ascii="Arial" w:hAnsi="Arial" w:cs="Arial"/>
          <w:color w:val="000000" w:themeColor="text1"/>
          <w:lang w:val="fr-FR"/>
        </w:rPr>
        <w:t>défibrillateur</w:t>
      </w:r>
      <w:r w:rsidRPr="002917BC">
        <w:rPr>
          <w:rFonts w:ascii="Arial" w:hAnsi="Arial" w:cs="Arial"/>
          <w:color w:val="000000" w:themeColor="text1"/>
          <w:lang w:val="fr-FR"/>
        </w:rPr>
        <w:t>, présentations, fiches techniques, exercices pratiques</w:t>
      </w:r>
      <w:r w:rsidR="00917B15" w:rsidRPr="002917BC">
        <w:rPr>
          <w:rFonts w:ascii="Arial" w:hAnsi="Arial" w:cs="Arial"/>
          <w:color w:val="000000" w:themeColor="text1"/>
          <w:lang w:val="fr-FR"/>
        </w:rPr>
        <w:t xml:space="preserve"> etc.</w:t>
      </w:r>
      <w:r w:rsidRPr="002917BC">
        <w:rPr>
          <w:rFonts w:ascii="Arial" w:hAnsi="Arial" w:cs="Arial"/>
          <w:color w:val="000000" w:themeColor="text1"/>
          <w:lang w:val="fr-FR"/>
        </w:rPr>
        <w:t>)</w:t>
      </w:r>
      <w:r w:rsidR="00935829" w:rsidRPr="002917BC">
        <w:rPr>
          <w:rFonts w:ascii="Arial" w:hAnsi="Arial" w:cs="Arial"/>
          <w:color w:val="000000" w:themeColor="text1"/>
          <w:lang w:val="fr-FR"/>
        </w:rPr>
        <w:t>, apprendre aux participants leurs utilisation</w:t>
      </w:r>
      <w:r w:rsidRPr="002917BC">
        <w:rPr>
          <w:rFonts w:ascii="Arial" w:hAnsi="Arial" w:cs="Arial"/>
          <w:color w:val="000000" w:themeColor="text1"/>
          <w:lang w:val="fr-FR"/>
        </w:rPr>
        <w:t>.</w:t>
      </w:r>
    </w:p>
    <w:p w14:paraId="295C6D4F" w14:textId="33ED2941" w:rsidR="00753D0F" w:rsidRPr="002917BC" w:rsidRDefault="00753D0F" w:rsidP="00E12D91">
      <w:pPr>
        <w:pStyle w:val="Paragraphedeliste"/>
        <w:jc w:val="both"/>
        <w:rPr>
          <w:rFonts w:ascii="Arial" w:hAnsi="Arial" w:cs="Arial"/>
          <w:color w:val="000000" w:themeColor="text1"/>
          <w:lang w:val="fr-FR"/>
        </w:rPr>
      </w:pPr>
      <w:r w:rsidRPr="002917BC">
        <w:rPr>
          <w:rFonts w:ascii="Arial" w:hAnsi="Arial" w:cs="Arial"/>
          <w:color w:val="000000" w:themeColor="text1"/>
          <w:lang w:val="fr-FR"/>
        </w:rPr>
        <w:t>Animer les sessions de formation.</w:t>
      </w:r>
    </w:p>
    <w:p w14:paraId="29EAB400" w14:textId="12820DA3" w:rsidR="000933F1" w:rsidRPr="002917BC" w:rsidRDefault="000933F1" w:rsidP="000933F1">
      <w:pPr>
        <w:pStyle w:val="Paragraphedeliste"/>
        <w:numPr>
          <w:ilvl w:val="0"/>
          <w:numId w:val="26"/>
        </w:numPr>
        <w:jc w:val="both"/>
        <w:rPr>
          <w:rFonts w:ascii="Arial" w:hAnsi="Arial" w:cs="Arial"/>
          <w:color w:val="000000" w:themeColor="text1"/>
          <w:lang w:val="fr-FR"/>
        </w:rPr>
      </w:pPr>
      <w:r w:rsidRPr="002917BC">
        <w:rPr>
          <w:rFonts w:ascii="Arial" w:hAnsi="Arial" w:cs="Arial"/>
          <w:color w:val="000000" w:themeColor="text1"/>
          <w:lang w:val="fr-FR"/>
        </w:rPr>
        <w:t xml:space="preserve">Préparer </w:t>
      </w:r>
      <w:r w:rsidR="00E55387" w:rsidRPr="002917BC">
        <w:rPr>
          <w:rFonts w:ascii="Arial" w:hAnsi="Arial" w:cs="Arial"/>
          <w:color w:val="000000" w:themeColor="text1"/>
          <w:lang w:val="fr-FR"/>
        </w:rPr>
        <w:t xml:space="preserve">un résumé didactique </w:t>
      </w:r>
      <w:r w:rsidR="00AB4CC4" w:rsidRPr="002917BC">
        <w:rPr>
          <w:rFonts w:ascii="Arial" w:hAnsi="Arial" w:cs="Arial"/>
          <w:color w:val="000000" w:themeColor="text1"/>
          <w:lang w:val="fr-FR"/>
        </w:rPr>
        <w:t>pour en donner aux participants</w:t>
      </w:r>
      <w:r w:rsidR="00705D87" w:rsidRPr="002917BC">
        <w:rPr>
          <w:rFonts w:ascii="Arial" w:hAnsi="Arial" w:cs="Arial"/>
          <w:color w:val="000000" w:themeColor="text1"/>
          <w:lang w:val="fr-FR"/>
        </w:rPr>
        <w:t xml:space="preserve"> de chaque formation</w:t>
      </w:r>
      <w:r w:rsidR="00AB4CC4" w:rsidRPr="002917BC">
        <w:rPr>
          <w:rFonts w:ascii="Arial" w:hAnsi="Arial" w:cs="Arial"/>
          <w:color w:val="000000" w:themeColor="text1"/>
          <w:lang w:val="fr-FR"/>
        </w:rPr>
        <w:t>.</w:t>
      </w:r>
    </w:p>
    <w:p w14:paraId="45CDC9B1" w14:textId="4C412174" w:rsidR="00753D0F" w:rsidRPr="002917BC" w:rsidRDefault="00753D0F" w:rsidP="00705D87">
      <w:pPr>
        <w:pStyle w:val="Paragraphedeliste"/>
        <w:numPr>
          <w:ilvl w:val="0"/>
          <w:numId w:val="26"/>
        </w:numPr>
        <w:jc w:val="both"/>
        <w:rPr>
          <w:rFonts w:ascii="Arial" w:hAnsi="Arial" w:cs="Arial"/>
          <w:color w:val="000000" w:themeColor="text1"/>
          <w:lang w:val="fr-FR"/>
        </w:rPr>
      </w:pPr>
      <w:r w:rsidRPr="002917BC">
        <w:rPr>
          <w:rFonts w:ascii="Arial" w:hAnsi="Arial" w:cs="Arial"/>
          <w:color w:val="000000" w:themeColor="text1"/>
          <w:lang w:val="fr-FR"/>
        </w:rPr>
        <w:t xml:space="preserve">Fournir un rapport final de formation incluant </w:t>
      </w:r>
      <w:r w:rsidR="00917B15" w:rsidRPr="002917BC">
        <w:rPr>
          <w:rFonts w:ascii="Arial" w:hAnsi="Arial" w:cs="Arial"/>
          <w:color w:val="000000" w:themeColor="text1"/>
          <w:lang w:val="fr-FR"/>
        </w:rPr>
        <w:t>d</w:t>
      </w:r>
      <w:r w:rsidRPr="002917BC">
        <w:rPr>
          <w:rFonts w:ascii="Arial" w:hAnsi="Arial" w:cs="Arial"/>
          <w:color w:val="000000" w:themeColor="text1"/>
          <w:lang w:val="fr-FR"/>
        </w:rPr>
        <w:t>es recommandations.</w:t>
      </w:r>
    </w:p>
    <w:p w14:paraId="07ECCBA2" w14:textId="2BC12384" w:rsidR="00CE0455" w:rsidRPr="002917BC" w:rsidRDefault="00155821" w:rsidP="001C7BBF">
      <w:pPr>
        <w:pStyle w:val="Titre2"/>
        <w:numPr>
          <w:ilvl w:val="0"/>
          <w:numId w:val="10"/>
        </w:numPr>
        <w:jc w:val="both"/>
        <w:rPr>
          <w:rFonts w:ascii="Arial" w:hAnsi="Arial" w:cs="Arial"/>
          <w:color w:val="auto"/>
          <w:sz w:val="22"/>
          <w:szCs w:val="22"/>
          <w:lang w:val="fr-FR"/>
        </w:rPr>
      </w:pPr>
      <w:r w:rsidRPr="002917BC">
        <w:rPr>
          <w:rFonts w:ascii="Arial" w:hAnsi="Arial" w:cs="Arial"/>
          <w:color w:val="auto"/>
          <w:sz w:val="22"/>
          <w:szCs w:val="22"/>
          <w:lang w:val="fr-FR"/>
        </w:rPr>
        <w:t>Profil du candidat</w:t>
      </w:r>
    </w:p>
    <w:p w14:paraId="224CB8A8" w14:textId="4E7F8B55" w:rsidR="00CE0455" w:rsidRPr="002917BC" w:rsidRDefault="00155821" w:rsidP="001C7BBF">
      <w:pPr>
        <w:jc w:val="both"/>
        <w:rPr>
          <w:rFonts w:ascii="Arial" w:hAnsi="Arial" w:cs="Arial"/>
          <w:lang w:val="fr-FR"/>
        </w:rPr>
      </w:pPr>
      <w:r w:rsidRPr="002917BC">
        <w:rPr>
          <w:rFonts w:ascii="Arial" w:hAnsi="Arial" w:cs="Arial"/>
          <w:lang w:val="fr-FR"/>
        </w:rPr>
        <w:t xml:space="preserve">Le </w:t>
      </w:r>
      <w:r w:rsidR="0086742D" w:rsidRPr="002917BC">
        <w:rPr>
          <w:rFonts w:ascii="Arial" w:hAnsi="Arial" w:cs="Arial"/>
          <w:lang w:val="fr-FR"/>
        </w:rPr>
        <w:t>consultant</w:t>
      </w:r>
      <w:r w:rsidRPr="002917BC">
        <w:rPr>
          <w:rFonts w:ascii="Arial" w:hAnsi="Arial" w:cs="Arial"/>
          <w:lang w:val="fr-FR"/>
        </w:rPr>
        <w:t xml:space="preserve"> doit remplir les conditions suivantes (pour le consultant indépendant) :</w:t>
      </w:r>
    </w:p>
    <w:p w14:paraId="28F52870" w14:textId="530C19BE" w:rsidR="00083718" w:rsidRPr="002917BC" w:rsidRDefault="00155821" w:rsidP="001C7BBF">
      <w:pPr>
        <w:pStyle w:val="Paragraphedeliste"/>
        <w:numPr>
          <w:ilvl w:val="0"/>
          <w:numId w:val="13"/>
        </w:numPr>
        <w:jc w:val="both"/>
        <w:rPr>
          <w:rFonts w:ascii="Arial" w:hAnsi="Arial" w:cs="Arial"/>
          <w:lang w:val="fr-FR"/>
        </w:rPr>
      </w:pPr>
      <w:r w:rsidRPr="002917BC">
        <w:rPr>
          <w:rFonts w:ascii="Arial" w:hAnsi="Arial" w:cs="Arial"/>
          <w:lang w:val="fr-FR"/>
        </w:rPr>
        <w:t>Être qualifié pour dispenser une telle formation</w:t>
      </w:r>
      <w:r w:rsidR="008F1DD3" w:rsidRPr="002917BC">
        <w:rPr>
          <w:rFonts w:ascii="Arial" w:hAnsi="Arial" w:cs="Arial"/>
          <w:lang w:val="fr-FR"/>
        </w:rPr>
        <w:t xml:space="preserve"> (document en appui)</w:t>
      </w:r>
      <w:r w:rsidR="000330DF" w:rsidRPr="002917BC">
        <w:rPr>
          <w:rFonts w:ascii="Arial" w:hAnsi="Arial" w:cs="Arial"/>
          <w:lang w:val="fr-FR"/>
        </w:rPr>
        <w:t xml:space="preserve"> </w:t>
      </w:r>
      <w:r w:rsidRPr="002917BC">
        <w:rPr>
          <w:rFonts w:ascii="Arial" w:hAnsi="Arial" w:cs="Arial"/>
          <w:lang w:val="fr-FR"/>
        </w:rPr>
        <w:t>;</w:t>
      </w:r>
    </w:p>
    <w:p w14:paraId="583736D7" w14:textId="4BB6635F" w:rsidR="00083718" w:rsidRPr="002917BC" w:rsidRDefault="00155821" w:rsidP="001C7BBF">
      <w:pPr>
        <w:pStyle w:val="Paragraphedeliste"/>
        <w:numPr>
          <w:ilvl w:val="0"/>
          <w:numId w:val="13"/>
        </w:numPr>
        <w:jc w:val="both"/>
        <w:rPr>
          <w:rFonts w:ascii="Arial" w:hAnsi="Arial" w:cs="Arial"/>
          <w:lang w:val="fr-FR"/>
        </w:rPr>
      </w:pPr>
      <w:r w:rsidRPr="002917BC">
        <w:rPr>
          <w:rFonts w:ascii="Arial" w:hAnsi="Arial" w:cs="Arial"/>
          <w:lang w:val="fr-FR"/>
        </w:rPr>
        <w:t>Posséder une accréditation en matière de secourisme</w:t>
      </w:r>
      <w:r w:rsidR="008F1DD3" w:rsidRPr="002917BC">
        <w:rPr>
          <w:rFonts w:ascii="Arial" w:hAnsi="Arial" w:cs="Arial"/>
          <w:lang w:val="fr-FR"/>
        </w:rPr>
        <w:t xml:space="preserve"> et de formation en premiers secours</w:t>
      </w:r>
      <w:r w:rsidRPr="002917BC">
        <w:rPr>
          <w:rFonts w:ascii="Arial" w:hAnsi="Arial" w:cs="Arial"/>
          <w:lang w:val="fr-FR"/>
        </w:rPr>
        <w:t xml:space="preserve"> </w:t>
      </w:r>
    </w:p>
    <w:p w14:paraId="5DEB8737" w14:textId="1C0B8CF3" w:rsidR="008F1DD3" w:rsidRPr="002917BC" w:rsidRDefault="008F1DD3" w:rsidP="001C7BBF">
      <w:pPr>
        <w:pStyle w:val="Paragraphedeliste"/>
        <w:numPr>
          <w:ilvl w:val="0"/>
          <w:numId w:val="13"/>
        </w:numPr>
        <w:jc w:val="both"/>
        <w:rPr>
          <w:rFonts w:ascii="Arial" w:hAnsi="Arial" w:cs="Arial"/>
          <w:lang w:val="fr-FR"/>
        </w:rPr>
      </w:pPr>
      <w:r w:rsidRPr="002917BC">
        <w:rPr>
          <w:rFonts w:ascii="Arial" w:hAnsi="Arial" w:cs="Arial"/>
          <w:lang w:val="fr-FR"/>
        </w:rPr>
        <w:t>Posséder un certificat BLS ;</w:t>
      </w:r>
    </w:p>
    <w:p w14:paraId="292211C0" w14:textId="6415292E" w:rsidR="00083718" w:rsidRPr="002917BC" w:rsidRDefault="00155821" w:rsidP="001C7BBF">
      <w:pPr>
        <w:pStyle w:val="Paragraphedeliste"/>
        <w:numPr>
          <w:ilvl w:val="0"/>
          <w:numId w:val="13"/>
        </w:numPr>
        <w:jc w:val="both"/>
        <w:rPr>
          <w:rFonts w:ascii="Arial" w:hAnsi="Arial" w:cs="Arial"/>
          <w:lang w:val="fr-FR"/>
        </w:rPr>
      </w:pPr>
      <w:r w:rsidRPr="002917BC">
        <w:rPr>
          <w:rFonts w:ascii="Arial" w:hAnsi="Arial" w:cs="Arial"/>
          <w:lang w:val="fr-FR"/>
        </w:rPr>
        <w:lastRenderedPageBreak/>
        <w:t xml:space="preserve">Avoir au moins </w:t>
      </w:r>
      <w:r w:rsidR="000330DF" w:rsidRPr="002917BC">
        <w:rPr>
          <w:rFonts w:ascii="Arial" w:hAnsi="Arial" w:cs="Arial"/>
          <w:lang w:val="fr-FR"/>
        </w:rPr>
        <w:t xml:space="preserve">10 </w:t>
      </w:r>
      <w:r w:rsidRPr="002917BC">
        <w:rPr>
          <w:rFonts w:ascii="Arial" w:hAnsi="Arial" w:cs="Arial"/>
          <w:lang w:val="fr-FR"/>
        </w:rPr>
        <w:t>ans d'expérience</w:t>
      </w:r>
      <w:r w:rsidR="008F1DD3" w:rsidRPr="002917BC">
        <w:rPr>
          <w:rFonts w:ascii="Arial" w:hAnsi="Arial" w:cs="Arial"/>
          <w:lang w:val="fr-FR"/>
        </w:rPr>
        <w:t>s</w:t>
      </w:r>
      <w:r w:rsidRPr="002917BC">
        <w:rPr>
          <w:rFonts w:ascii="Arial" w:hAnsi="Arial" w:cs="Arial"/>
          <w:lang w:val="fr-FR"/>
        </w:rPr>
        <w:t xml:space="preserve"> professionnelle</w:t>
      </w:r>
      <w:r w:rsidR="008F1DD3" w:rsidRPr="002917BC">
        <w:rPr>
          <w:rFonts w:ascii="Arial" w:hAnsi="Arial" w:cs="Arial"/>
          <w:lang w:val="fr-FR"/>
        </w:rPr>
        <w:t>s</w:t>
      </w:r>
      <w:r w:rsidRPr="002917BC">
        <w:rPr>
          <w:rFonts w:ascii="Arial" w:hAnsi="Arial" w:cs="Arial"/>
          <w:lang w:val="fr-FR"/>
        </w:rPr>
        <w:t xml:space="preserve"> dans ce domaine ;</w:t>
      </w:r>
    </w:p>
    <w:p w14:paraId="69046400" w14:textId="1D1BB9DF" w:rsidR="00083718" w:rsidRPr="002917BC" w:rsidRDefault="00155821" w:rsidP="001C7BBF">
      <w:pPr>
        <w:pStyle w:val="Paragraphedeliste"/>
        <w:numPr>
          <w:ilvl w:val="0"/>
          <w:numId w:val="13"/>
        </w:numPr>
        <w:jc w:val="both"/>
        <w:rPr>
          <w:rFonts w:ascii="Arial" w:hAnsi="Arial" w:cs="Arial"/>
          <w:lang w:val="fr-FR"/>
        </w:rPr>
      </w:pPr>
      <w:r w:rsidRPr="002917BC">
        <w:rPr>
          <w:rFonts w:ascii="Arial" w:hAnsi="Arial" w:cs="Arial"/>
          <w:lang w:val="fr-FR"/>
        </w:rPr>
        <w:t xml:space="preserve">Posséder de l'expérience dans la transmission des connaissances en tant que formateur </w:t>
      </w:r>
    </w:p>
    <w:p w14:paraId="2F8D249D" w14:textId="20ED3CD3" w:rsidR="00083718" w:rsidRPr="002917BC" w:rsidRDefault="00155821" w:rsidP="001C7BBF">
      <w:pPr>
        <w:pStyle w:val="Paragraphedeliste"/>
        <w:numPr>
          <w:ilvl w:val="0"/>
          <w:numId w:val="13"/>
        </w:numPr>
        <w:jc w:val="both"/>
        <w:rPr>
          <w:rFonts w:ascii="Arial" w:hAnsi="Arial" w:cs="Arial"/>
          <w:lang w:val="fr-FR"/>
        </w:rPr>
      </w:pPr>
      <w:r w:rsidRPr="002917BC">
        <w:rPr>
          <w:rFonts w:ascii="Arial" w:hAnsi="Arial" w:cs="Arial"/>
          <w:lang w:val="fr-FR"/>
        </w:rPr>
        <w:t>Si médecin de formation, présenter son numéro d</w:t>
      </w:r>
      <w:r w:rsidR="000330DF" w:rsidRPr="002917BC">
        <w:rPr>
          <w:rFonts w:ascii="Arial" w:hAnsi="Arial" w:cs="Arial"/>
          <w:lang w:val="fr-FR"/>
        </w:rPr>
        <w:t>’inscription à</w:t>
      </w:r>
      <w:r w:rsidRPr="002917BC">
        <w:rPr>
          <w:rFonts w:ascii="Arial" w:hAnsi="Arial" w:cs="Arial"/>
          <w:lang w:val="fr-FR"/>
        </w:rPr>
        <w:t xml:space="preserve"> l'ordre de</w:t>
      </w:r>
      <w:r w:rsidR="000330DF" w:rsidRPr="002917BC">
        <w:rPr>
          <w:rFonts w:ascii="Arial" w:hAnsi="Arial" w:cs="Arial"/>
          <w:lang w:val="fr-FR"/>
        </w:rPr>
        <w:t>s</w:t>
      </w:r>
      <w:r w:rsidRPr="002917BC">
        <w:rPr>
          <w:rFonts w:ascii="Arial" w:hAnsi="Arial" w:cs="Arial"/>
          <w:lang w:val="fr-FR"/>
        </w:rPr>
        <w:t xml:space="preserve"> médecins</w:t>
      </w:r>
      <w:r w:rsidR="00935829" w:rsidRPr="002917BC">
        <w:rPr>
          <w:rFonts w:ascii="Arial" w:hAnsi="Arial" w:cs="Arial"/>
          <w:lang w:val="fr-FR"/>
        </w:rPr>
        <w:t xml:space="preserve"> de </w:t>
      </w:r>
      <w:r w:rsidR="00BA78FE" w:rsidRPr="002917BC">
        <w:rPr>
          <w:rFonts w:ascii="Arial" w:hAnsi="Arial" w:cs="Arial"/>
          <w:lang w:val="fr-FR"/>
        </w:rPr>
        <w:t xml:space="preserve">plus de 15 ans de </w:t>
      </w:r>
      <w:r w:rsidR="000330DF" w:rsidRPr="002917BC">
        <w:rPr>
          <w:rFonts w:ascii="Arial" w:hAnsi="Arial" w:cs="Arial"/>
          <w:lang w:val="fr-FR"/>
        </w:rPr>
        <w:t>profession ;</w:t>
      </w:r>
    </w:p>
    <w:p w14:paraId="525101B6" w14:textId="77777777" w:rsidR="00083718" w:rsidRPr="002917BC" w:rsidRDefault="00155821" w:rsidP="001C7BBF">
      <w:pPr>
        <w:pStyle w:val="Paragraphedeliste"/>
        <w:numPr>
          <w:ilvl w:val="0"/>
          <w:numId w:val="13"/>
        </w:numPr>
        <w:jc w:val="both"/>
        <w:rPr>
          <w:rFonts w:ascii="Arial" w:hAnsi="Arial" w:cs="Arial"/>
          <w:lang w:val="fr-FR"/>
        </w:rPr>
      </w:pPr>
      <w:r w:rsidRPr="002917BC">
        <w:rPr>
          <w:rFonts w:ascii="Arial" w:hAnsi="Arial" w:cs="Arial"/>
          <w:lang w:val="fr-FR"/>
        </w:rPr>
        <w:t>Être apte à communiquer en français dans le cadre de cette formation ;</w:t>
      </w:r>
    </w:p>
    <w:p w14:paraId="4A0BF5AC" w14:textId="099C3DED" w:rsidR="00083718" w:rsidRPr="002917BC" w:rsidRDefault="00155821" w:rsidP="001C7BBF">
      <w:pPr>
        <w:pStyle w:val="Paragraphedeliste"/>
        <w:numPr>
          <w:ilvl w:val="0"/>
          <w:numId w:val="13"/>
        </w:numPr>
        <w:jc w:val="both"/>
        <w:rPr>
          <w:rFonts w:ascii="Arial" w:hAnsi="Arial" w:cs="Arial"/>
          <w:lang w:val="fr-FR"/>
        </w:rPr>
      </w:pPr>
      <w:r w:rsidRPr="002917BC">
        <w:rPr>
          <w:rFonts w:ascii="Arial" w:hAnsi="Arial" w:cs="Arial"/>
          <w:lang w:val="fr-FR"/>
        </w:rPr>
        <w:t xml:space="preserve">CV, </w:t>
      </w:r>
      <w:r w:rsidR="00935829" w:rsidRPr="002917BC">
        <w:rPr>
          <w:rFonts w:ascii="Arial" w:hAnsi="Arial" w:cs="Arial"/>
          <w:lang w:val="fr-FR"/>
        </w:rPr>
        <w:t xml:space="preserve">et </w:t>
      </w:r>
      <w:r w:rsidRPr="002917BC">
        <w:rPr>
          <w:rFonts w:ascii="Arial" w:hAnsi="Arial" w:cs="Arial"/>
          <w:lang w:val="fr-FR"/>
        </w:rPr>
        <w:t>autres titres académiques ;</w:t>
      </w:r>
    </w:p>
    <w:p w14:paraId="4885D36A" w14:textId="77777777" w:rsidR="00083718" w:rsidRPr="002917BC" w:rsidRDefault="00155821" w:rsidP="001C7BBF">
      <w:pPr>
        <w:pStyle w:val="Paragraphedeliste"/>
        <w:numPr>
          <w:ilvl w:val="0"/>
          <w:numId w:val="13"/>
        </w:numPr>
        <w:jc w:val="both"/>
        <w:rPr>
          <w:rFonts w:ascii="Arial" w:hAnsi="Arial" w:cs="Arial"/>
          <w:lang w:val="fr-FR"/>
        </w:rPr>
      </w:pPr>
      <w:r w:rsidRPr="002917BC">
        <w:rPr>
          <w:rFonts w:ascii="Arial" w:hAnsi="Arial" w:cs="Arial"/>
          <w:lang w:val="fr-FR"/>
        </w:rPr>
        <w:t>Certificat d'accréditation individuel ;</w:t>
      </w:r>
    </w:p>
    <w:p w14:paraId="2EC49194" w14:textId="63333BFF" w:rsidR="00083718" w:rsidRPr="002917BC" w:rsidRDefault="00155821" w:rsidP="001C7BBF">
      <w:pPr>
        <w:pStyle w:val="Paragraphedeliste"/>
        <w:numPr>
          <w:ilvl w:val="0"/>
          <w:numId w:val="13"/>
        </w:numPr>
        <w:jc w:val="both"/>
        <w:rPr>
          <w:rFonts w:ascii="Arial" w:hAnsi="Arial" w:cs="Arial"/>
          <w:lang w:val="fr-FR"/>
        </w:rPr>
      </w:pPr>
      <w:r w:rsidRPr="002917BC">
        <w:rPr>
          <w:rFonts w:ascii="Arial" w:hAnsi="Arial" w:cs="Arial"/>
          <w:lang w:val="fr-FR"/>
        </w:rPr>
        <w:t>Liste de</w:t>
      </w:r>
      <w:r w:rsidR="00935829" w:rsidRPr="002917BC">
        <w:rPr>
          <w:rFonts w:ascii="Arial" w:hAnsi="Arial" w:cs="Arial"/>
          <w:lang w:val="fr-FR"/>
        </w:rPr>
        <w:t>s</w:t>
      </w:r>
      <w:r w:rsidRPr="002917BC">
        <w:rPr>
          <w:rFonts w:ascii="Arial" w:hAnsi="Arial" w:cs="Arial"/>
          <w:lang w:val="fr-FR"/>
        </w:rPr>
        <w:t xml:space="preserve"> matériels didactiques disponibles pour cette formation</w:t>
      </w:r>
      <w:r w:rsidR="00935829" w:rsidRPr="002917BC">
        <w:rPr>
          <w:rFonts w:ascii="Arial" w:hAnsi="Arial" w:cs="Arial"/>
          <w:lang w:val="fr-FR"/>
        </w:rPr>
        <w:t xml:space="preserve"> conforme au minimum à la liste produite en annexe</w:t>
      </w:r>
      <w:r w:rsidRPr="002917BC">
        <w:rPr>
          <w:rFonts w:ascii="Arial" w:hAnsi="Arial" w:cs="Arial"/>
          <w:lang w:val="fr-FR"/>
        </w:rPr>
        <w:t xml:space="preserve"> ;</w:t>
      </w:r>
    </w:p>
    <w:p w14:paraId="2FD48B61" w14:textId="77777777" w:rsidR="00A91D18" w:rsidRPr="002917BC" w:rsidRDefault="00155821" w:rsidP="00A91D18">
      <w:pPr>
        <w:pStyle w:val="Paragraphedeliste"/>
        <w:numPr>
          <w:ilvl w:val="0"/>
          <w:numId w:val="13"/>
        </w:numPr>
        <w:rPr>
          <w:rFonts w:ascii="Arial" w:hAnsi="Arial" w:cs="Arial"/>
          <w:lang w:val="fr-FR"/>
        </w:rPr>
      </w:pPr>
      <w:r w:rsidRPr="002917BC">
        <w:rPr>
          <w:rFonts w:ascii="Arial" w:hAnsi="Arial" w:cs="Arial"/>
          <w:lang w:val="fr-FR"/>
        </w:rPr>
        <w:t xml:space="preserve">Présenter </w:t>
      </w:r>
      <w:r w:rsidR="000330DF" w:rsidRPr="002917BC">
        <w:rPr>
          <w:rFonts w:ascii="Arial" w:hAnsi="Arial" w:cs="Arial"/>
          <w:lang w:val="fr-FR"/>
        </w:rPr>
        <w:t>5</w:t>
      </w:r>
      <w:r w:rsidRPr="002917BC">
        <w:rPr>
          <w:rFonts w:ascii="Arial" w:hAnsi="Arial" w:cs="Arial"/>
          <w:lang w:val="fr-FR"/>
        </w:rPr>
        <w:t xml:space="preserve"> références professionnelles</w:t>
      </w:r>
      <w:r w:rsidR="008F1DD3" w:rsidRPr="002917BC">
        <w:rPr>
          <w:rFonts w:ascii="Arial" w:hAnsi="Arial" w:cs="Arial"/>
          <w:lang w:val="fr-FR"/>
        </w:rPr>
        <w:t xml:space="preserve"> minimum</w:t>
      </w:r>
      <w:r w:rsidRPr="002917BC">
        <w:rPr>
          <w:rFonts w:ascii="Arial" w:hAnsi="Arial" w:cs="Arial"/>
          <w:lang w:val="fr-FR"/>
        </w:rPr>
        <w:t>.</w:t>
      </w:r>
    </w:p>
    <w:p w14:paraId="05F7F22A" w14:textId="7EABEAE8" w:rsidR="001277F4" w:rsidRPr="002917BC" w:rsidRDefault="001277F4" w:rsidP="00A91D18">
      <w:pPr>
        <w:pStyle w:val="Paragraphedeliste"/>
        <w:numPr>
          <w:ilvl w:val="0"/>
          <w:numId w:val="13"/>
        </w:numPr>
        <w:rPr>
          <w:rFonts w:ascii="Arial" w:hAnsi="Arial" w:cs="Arial"/>
          <w:lang w:val="fr-FR"/>
        </w:rPr>
      </w:pPr>
      <w:r w:rsidRPr="002917BC">
        <w:rPr>
          <w:rFonts w:ascii="Arial" w:hAnsi="Arial" w:cs="Arial"/>
          <w:lang w:val="fr-FR"/>
        </w:rPr>
        <w:t xml:space="preserve">Être autorisé </w:t>
      </w:r>
      <w:r w:rsidR="00B6791C" w:rsidRPr="002917BC">
        <w:rPr>
          <w:rFonts w:ascii="Arial" w:hAnsi="Arial" w:cs="Arial"/>
          <w:lang w:val="fr-FR"/>
        </w:rPr>
        <w:t xml:space="preserve">de livrer des certificats de formation </w:t>
      </w:r>
      <w:r w:rsidR="004D7623" w:rsidRPr="002917BC">
        <w:rPr>
          <w:rFonts w:ascii="Arial" w:hAnsi="Arial" w:cs="Arial"/>
          <w:lang w:val="fr-FR"/>
        </w:rPr>
        <w:t xml:space="preserve">pour les participants </w:t>
      </w:r>
      <w:r w:rsidR="00B6791C" w:rsidRPr="002917BC">
        <w:rPr>
          <w:rFonts w:ascii="Arial" w:hAnsi="Arial" w:cs="Arial"/>
          <w:lang w:val="fr-FR"/>
        </w:rPr>
        <w:t>en accord avec l</w:t>
      </w:r>
      <w:r w:rsidR="00E33CF9" w:rsidRPr="002917BC">
        <w:rPr>
          <w:rFonts w:ascii="Arial" w:hAnsi="Arial" w:cs="Arial"/>
          <w:lang w:val="fr-FR"/>
        </w:rPr>
        <w:t>a régulation du ministère de sante en République Démocratique du Congo</w:t>
      </w:r>
      <w:r w:rsidR="004D7623" w:rsidRPr="002917BC">
        <w:rPr>
          <w:rFonts w:ascii="Arial" w:hAnsi="Arial" w:cs="Arial"/>
          <w:lang w:val="fr-FR"/>
        </w:rPr>
        <w:t>.</w:t>
      </w:r>
    </w:p>
    <w:p w14:paraId="7860D607" w14:textId="07F3E5C1" w:rsidR="00CE0455" w:rsidRPr="002917BC" w:rsidRDefault="00155821" w:rsidP="00E22D6A">
      <w:pPr>
        <w:rPr>
          <w:rFonts w:ascii="Arial" w:hAnsi="Arial" w:cs="Arial"/>
          <w:lang w:val="fr-FR"/>
        </w:rPr>
      </w:pPr>
      <w:r w:rsidRPr="002917BC">
        <w:rPr>
          <w:rFonts w:ascii="Arial" w:hAnsi="Arial" w:cs="Arial"/>
          <w:b/>
          <w:bCs/>
          <w:lang w:val="fr-FR"/>
        </w:rPr>
        <w:t>Remarque importante</w:t>
      </w:r>
      <w:r w:rsidRPr="002917BC">
        <w:rPr>
          <w:rFonts w:ascii="Arial" w:hAnsi="Arial" w:cs="Arial"/>
          <w:lang w:val="fr-FR"/>
        </w:rPr>
        <w:t xml:space="preserve"> : l'offre financière sera présentée en termes d'honoraires journaliers.</w:t>
      </w:r>
    </w:p>
    <w:p w14:paraId="35FFBD7C" w14:textId="48CB01CC" w:rsidR="00CE0455" w:rsidRPr="002917BC" w:rsidRDefault="00155821" w:rsidP="001C7BBF">
      <w:pPr>
        <w:pStyle w:val="Titre2"/>
        <w:numPr>
          <w:ilvl w:val="0"/>
          <w:numId w:val="10"/>
        </w:numPr>
        <w:jc w:val="both"/>
        <w:rPr>
          <w:rFonts w:ascii="Arial" w:hAnsi="Arial" w:cs="Arial"/>
          <w:color w:val="auto"/>
          <w:sz w:val="22"/>
          <w:szCs w:val="22"/>
          <w:lang w:val="fr-FR"/>
        </w:rPr>
      </w:pPr>
      <w:r w:rsidRPr="002917BC">
        <w:rPr>
          <w:rFonts w:ascii="Arial" w:hAnsi="Arial" w:cs="Arial"/>
          <w:color w:val="auto"/>
          <w:sz w:val="22"/>
          <w:szCs w:val="22"/>
          <w:lang w:val="fr-FR"/>
        </w:rPr>
        <w:t>Durée de la formation</w:t>
      </w:r>
    </w:p>
    <w:p w14:paraId="2F150A1A" w14:textId="37C60D34" w:rsidR="00CE0455" w:rsidRPr="002917BC" w:rsidRDefault="00155821" w:rsidP="001C7BBF">
      <w:pPr>
        <w:jc w:val="both"/>
        <w:rPr>
          <w:rFonts w:ascii="Arial" w:hAnsi="Arial" w:cs="Arial"/>
          <w:lang w:val="fr-FR"/>
        </w:rPr>
      </w:pPr>
      <w:r w:rsidRPr="002917BC">
        <w:rPr>
          <w:rFonts w:ascii="Arial" w:hAnsi="Arial" w:cs="Arial"/>
          <w:lang w:val="fr-FR"/>
        </w:rPr>
        <w:t>La durée souhaitable est de 1 jour</w:t>
      </w:r>
      <w:r w:rsidR="00C20A22" w:rsidRPr="002917BC">
        <w:rPr>
          <w:rFonts w:ascii="Arial" w:hAnsi="Arial" w:cs="Arial"/>
          <w:lang w:val="fr-FR"/>
        </w:rPr>
        <w:t>née</w:t>
      </w:r>
      <w:r w:rsidRPr="002917BC">
        <w:rPr>
          <w:rFonts w:ascii="Arial" w:hAnsi="Arial" w:cs="Arial"/>
          <w:lang w:val="fr-FR"/>
        </w:rPr>
        <w:t xml:space="preserve"> </w:t>
      </w:r>
      <w:r w:rsidR="00C20A22" w:rsidRPr="002917BC">
        <w:rPr>
          <w:rFonts w:ascii="Arial" w:hAnsi="Arial" w:cs="Arial"/>
          <w:lang w:val="fr-FR"/>
        </w:rPr>
        <w:t>entière</w:t>
      </w:r>
      <w:r w:rsidRPr="002917BC">
        <w:rPr>
          <w:rFonts w:ascii="Arial" w:hAnsi="Arial" w:cs="Arial"/>
          <w:lang w:val="fr-FR"/>
        </w:rPr>
        <w:t xml:space="preserve"> pour chaque groupe de 20 personnes maximum. La durée maximale acceptable sera de 2 jours par groupe. La formation sera assurée sur </w:t>
      </w:r>
      <w:r w:rsidR="00BA78FE" w:rsidRPr="002917BC">
        <w:rPr>
          <w:rFonts w:ascii="Arial" w:hAnsi="Arial" w:cs="Arial"/>
          <w:lang w:val="fr-FR"/>
        </w:rPr>
        <w:t>0</w:t>
      </w:r>
      <w:r w:rsidR="00886E9C" w:rsidRPr="002917BC">
        <w:rPr>
          <w:rFonts w:ascii="Arial" w:hAnsi="Arial" w:cs="Arial"/>
          <w:lang w:val="fr-FR"/>
        </w:rPr>
        <w:t>4</w:t>
      </w:r>
      <w:r w:rsidRPr="002917BC">
        <w:rPr>
          <w:rFonts w:ascii="Arial" w:hAnsi="Arial" w:cs="Arial"/>
          <w:lang w:val="fr-FR"/>
        </w:rPr>
        <w:t xml:space="preserve"> sites dans </w:t>
      </w:r>
      <w:r w:rsidR="002917BC">
        <w:rPr>
          <w:rFonts w:ascii="Arial" w:hAnsi="Arial" w:cs="Arial"/>
          <w:lang w:val="fr-FR"/>
        </w:rPr>
        <w:t>une intervalle d’un mois dès la signature du contrat</w:t>
      </w:r>
      <w:r w:rsidRPr="002917BC">
        <w:rPr>
          <w:rFonts w:ascii="Arial" w:hAnsi="Arial" w:cs="Arial"/>
          <w:lang w:val="fr-FR"/>
        </w:rPr>
        <w:t>, pour un total de 2</w:t>
      </w:r>
      <w:r w:rsidR="00F26043" w:rsidRPr="002917BC">
        <w:rPr>
          <w:rFonts w:ascii="Arial" w:hAnsi="Arial" w:cs="Arial"/>
          <w:lang w:val="fr-FR"/>
        </w:rPr>
        <w:t>0</w:t>
      </w:r>
      <w:r w:rsidRPr="002917BC">
        <w:rPr>
          <w:rFonts w:ascii="Arial" w:hAnsi="Arial" w:cs="Arial"/>
          <w:lang w:val="fr-FR"/>
        </w:rPr>
        <w:t xml:space="preserve"> jours</w:t>
      </w:r>
      <w:r w:rsidR="00935829" w:rsidRPr="002917BC">
        <w:rPr>
          <w:rFonts w:ascii="Arial" w:hAnsi="Arial" w:cs="Arial"/>
          <w:lang w:val="fr-FR"/>
        </w:rPr>
        <w:t xml:space="preserve"> ouvrables</w:t>
      </w:r>
      <w:r w:rsidRPr="002917BC">
        <w:rPr>
          <w:rFonts w:ascii="Arial" w:hAnsi="Arial" w:cs="Arial"/>
          <w:lang w:val="fr-FR"/>
        </w:rPr>
        <w:t xml:space="preserve"> maximum.</w:t>
      </w:r>
    </w:p>
    <w:p w14:paraId="4C996725" w14:textId="332363FE" w:rsidR="002146A9" w:rsidRPr="002917BC" w:rsidRDefault="002146A9" w:rsidP="00D16925">
      <w:pPr>
        <w:pStyle w:val="Paragraphedeliste"/>
        <w:numPr>
          <w:ilvl w:val="0"/>
          <w:numId w:val="10"/>
        </w:numPr>
        <w:jc w:val="both"/>
        <w:rPr>
          <w:rFonts w:ascii="Arial" w:hAnsi="Arial" w:cs="Arial"/>
          <w:b/>
          <w:bCs/>
          <w:lang w:val="fr-FR"/>
        </w:rPr>
      </w:pPr>
      <w:r w:rsidRPr="002917BC">
        <w:rPr>
          <w:rFonts w:ascii="Arial" w:hAnsi="Arial" w:cs="Arial"/>
          <w:b/>
          <w:bCs/>
          <w:lang w:val="fr-FR"/>
        </w:rPr>
        <w:t>Exigence en matière de coûts</w:t>
      </w:r>
    </w:p>
    <w:p w14:paraId="6C3DF4EF" w14:textId="73A0BDEF" w:rsidR="002146A9" w:rsidRPr="002917BC" w:rsidRDefault="002146A9" w:rsidP="002146A9">
      <w:pPr>
        <w:jc w:val="both"/>
        <w:rPr>
          <w:rFonts w:ascii="Arial" w:hAnsi="Arial" w:cs="Arial"/>
          <w:lang w:val="fr-FR"/>
        </w:rPr>
      </w:pPr>
      <w:r w:rsidRPr="002917BC">
        <w:rPr>
          <w:rFonts w:ascii="Arial" w:hAnsi="Arial" w:cs="Arial"/>
          <w:lang w:val="fr-FR"/>
        </w:rPr>
        <w:t xml:space="preserve">Avec l’offre le consultant doit spécifier les coûts pour chaque jour de formation. Les coûts des hôtels et des vols nationaux seront </w:t>
      </w:r>
      <w:r w:rsidR="00D16925" w:rsidRPr="002917BC">
        <w:rPr>
          <w:rFonts w:ascii="Arial" w:hAnsi="Arial" w:cs="Arial"/>
          <w:lang w:val="fr-FR"/>
        </w:rPr>
        <w:t>remboursés</w:t>
      </w:r>
      <w:r w:rsidRPr="002917BC">
        <w:rPr>
          <w:rFonts w:ascii="Arial" w:hAnsi="Arial" w:cs="Arial"/>
          <w:lang w:val="fr-FR"/>
        </w:rPr>
        <w:t xml:space="preserve"> contre justificatif.</w:t>
      </w:r>
    </w:p>
    <w:p w14:paraId="553148EF" w14:textId="344C3C17" w:rsidR="00CE0455" w:rsidRPr="002917BC" w:rsidRDefault="00155821" w:rsidP="00954155">
      <w:pPr>
        <w:pStyle w:val="Titre2"/>
        <w:numPr>
          <w:ilvl w:val="0"/>
          <w:numId w:val="10"/>
        </w:numPr>
        <w:jc w:val="both"/>
        <w:rPr>
          <w:rFonts w:ascii="Arial" w:hAnsi="Arial" w:cs="Arial"/>
          <w:color w:val="auto"/>
          <w:sz w:val="22"/>
          <w:szCs w:val="22"/>
          <w:lang w:val="fr-FR"/>
        </w:rPr>
      </w:pPr>
      <w:r w:rsidRPr="002917BC">
        <w:rPr>
          <w:rFonts w:ascii="Arial" w:hAnsi="Arial" w:cs="Arial"/>
          <w:color w:val="auto"/>
          <w:sz w:val="22"/>
          <w:szCs w:val="22"/>
          <w:lang w:val="fr-FR"/>
        </w:rPr>
        <w:t>Document attendu du consultant</w:t>
      </w:r>
    </w:p>
    <w:p w14:paraId="13B0483C" w14:textId="3983901A" w:rsidR="007C2BBD" w:rsidRPr="002917BC" w:rsidRDefault="00935829" w:rsidP="001C7BBF">
      <w:pPr>
        <w:jc w:val="both"/>
        <w:rPr>
          <w:rFonts w:ascii="Arial" w:hAnsi="Arial" w:cs="Arial"/>
          <w:lang w:val="fr-FR"/>
        </w:rPr>
      </w:pPr>
      <w:r w:rsidRPr="002917BC">
        <w:rPr>
          <w:rFonts w:ascii="Arial" w:hAnsi="Arial" w:cs="Arial"/>
          <w:lang w:val="fr-FR"/>
        </w:rPr>
        <w:t>Principalement une attestation de formation et tous documents pouvant justifier les conditions reprises au point 7 (ci-dessus) ainsi que ceux relatifs aux critères d’évaluation ci-dessous.</w:t>
      </w:r>
    </w:p>
    <w:p w14:paraId="7F6E5820" w14:textId="0773A683" w:rsidR="00CE0455" w:rsidRPr="002917BC" w:rsidRDefault="00155821" w:rsidP="001C7BBF">
      <w:pPr>
        <w:pStyle w:val="Titre2"/>
        <w:jc w:val="both"/>
        <w:rPr>
          <w:rFonts w:ascii="Arial" w:hAnsi="Arial" w:cs="Arial"/>
          <w:sz w:val="22"/>
          <w:szCs w:val="22"/>
          <w:lang w:val="fr-FR"/>
        </w:rPr>
      </w:pPr>
      <w:r w:rsidRPr="002917BC">
        <w:rPr>
          <w:rFonts w:ascii="Arial" w:hAnsi="Arial" w:cs="Arial"/>
          <w:color w:val="auto"/>
          <w:sz w:val="22"/>
          <w:szCs w:val="22"/>
          <w:lang w:val="fr-FR"/>
        </w:rPr>
        <w:t>Critères d’évaluation de l’offre en rapport avec la formation en premiers soins</w:t>
      </w:r>
      <w:r w:rsidR="00AB3B22" w:rsidRPr="002917BC">
        <w:rPr>
          <w:rFonts w:ascii="Arial" w:hAnsi="Arial" w:cs="Arial"/>
          <w:sz w:val="22"/>
          <w:szCs w:val="22"/>
          <w:lang w:val="fr-FR"/>
        </w:rPr>
        <w:t>.</w:t>
      </w:r>
    </w:p>
    <w:p w14:paraId="346C57A4" w14:textId="77777777" w:rsidR="007C2BBD" w:rsidRPr="002917BC" w:rsidRDefault="007C2BBD" w:rsidP="007C2BBD">
      <w:pPr>
        <w:rPr>
          <w:rFonts w:ascii="Arial" w:hAnsi="Arial" w:cs="Arial"/>
          <w:lang w:val="fr-FR"/>
        </w:rPr>
      </w:pPr>
    </w:p>
    <w:tbl>
      <w:tblPr>
        <w:tblStyle w:val="Grilledutableau"/>
        <w:tblW w:w="9780" w:type="dxa"/>
        <w:tblInd w:w="534" w:type="dxa"/>
        <w:tblLook w:val="04A0" w:firstRow="1" w:lastRow="0" w:firstColumn="1" w:lastColumn="0" w:noHBand="0" w:noVBand="1"/>
      </w:tblPr>
      <w:tblGrid>
        <w:gridCol w:w="7512"/>
        <w:gridCol w:w="2268"/>
      </w:tblGrid>
      <w:tr w:rsidR="00AB3B22" w:rsidRPr="001C4EED" w14:paraId="0E080AD1" w14:textId="77777777" w:rsidTr="00155821">
        <w:tc>
          <w:tcPr>
            <w:tcW w:w="7512" w:type="dxa"/>
          </w:tcPr>
          <w:p w14:paraId="2EA41A02" w14:textId="184C1EB2" w:rsidR="00AB3B22" w:rsidRPr="002917BC" w:rsidRDefault="00AB3B22" w:rsidP="001C7BBF">
            <w:pPr>
              <w:jc w:val="both"/>
              <w:rPr>
                <w:rFonts w:ascii="Arial" w:hAnsi="Arial" w:cs="Arial"/>
                <w:lang w:val="fr-FR"/>
              </w:rPr>
            </w:pPr>
            <w:r w:rsidRPr="002917BC">
              <w:rPr>
                <w:rFonts w:ascii="Arial" w:hAnsi="Arial" w:cs="Arial"/>
                <w:lang w:val="fr-FR"/>
              </w:rPr>
              <w:t>Critères</w:t>
            </w:r>
          </w:p>
        </w:tc>
        <w:tc>
          <w:tcPr>
            <w:tcW w:w="2268" w:type="dxa"/>
          </w:tcPr>
          <w:p w14:paraId="688694D1" w14:textId="158065E5" w:rsidR="00AB3B22" w:rsidRPr="002917BC" w:rsidRDefault="00AB3B22" w:rsidP="001C7BBF">
            <w:pPr>
              <w:jc w:val="both"/>
              <w:rPr>
                <w:rFonts w:ascii="Arial" w:hAnsi="Arial" w:cs="Arial"/>
                <w:lang w:val="fr-FR"/>
              </w:rPr>
            </w:pPr>
            <w:r w:rsidRPr="002917BC">
              <w:rPr>
                <w:rFonts w:ascii="Arial" w:hAnsi="Arial" w:cs="Arial"/>
                <w:lang w:val="fr-FR"/>
              </w:rPr>
              <w:t>Evaluation en termes de points</w:t>
            </w:r>
          </w:p>
        </w:tc>
      </w:tr>
      <w:tr w:rsidR="00AB3B22" w:rsidRPr="002917BC" w14:paraId="44CF23A1" w14:textId="77777777" w:rsidTr="00155821">
        <w:tc>
          <w:tcPr>
            <w:tcW w:w="7512" w:type="dxa"/>
          </w:tcPr>
          <w:p w14:paraId="6593B530" w14:textId="6671F6D2" w:rsidR="00AB3B22" w:rsidRPr="002917BC" w:rsidRDefault="00AB3B22" w:rsidP="001C7BBF">
            <w:pPr>
              <w:jc w:val="both"/>
              <w:rPr>
                <w:rFonts w:ascii="Arial" w:hAnsi="Arial" w:cs="Arial"/>
                <w:lang w:val="fr-FR"/>
              </w:rPr>
            </w:pPr>
            <w:r w:rsidRPr="002917BC">
              <w:rPr>
                <w:rFonts w:ascii="Arial" w:hAnsi="Arial" w:cs="Arial"/>
                <w:lang w:val="fr-FR"/>
              </w:rPr>
              <w:t>Possession d'un certificat d'accréditation</w:t>
            </w:r>
          </w:p>
        </w:tc>
        <w:tc>
          <w:tcPr>
            <w:tcW w:w="2268" w:type="dxa"/>
            <w:vAlign w:val="center"/>
          </w:tcPr>
          <w:p w14:paraId="6E9AD44B" w14:textId="7BF70104" w:rsidR="00AB3B22" w:rsidRPr="002917BC" w:rsidRDefault="00AB3B22" w:rsidP="001C7BBF">
            <w:pPr>
              <w:jc w:val="center"/>
              <w:rPr>
                <w:rFonts w:ascii="Arial" w:hAnsi="Arial" w:cs="Arial"/>
                <w:lang w:val="fr-FR"/>
              </w:rPr>
            </w:pPr>
            <w:r w:rsidRPr="002917BC">
              <w:rPr>
                <w:rFonts w:ascii="Arial" w:hAnsi="Arial" w:cs="Arial"/>
                <w:lang w:val="fr-FR"/>
              </w:rPr>
              <w:t>20</w:t>
            </w:r>
          </w:p>
        </w:tc>
      </w:tr>
      <w:tr w:rsidR="00AB3B22" w:rsidRPr="002917BC" w14:paraId="3CC61409" w14:textId="77777777" w:rsidTr="00155821">
        <w:tc>
          <w:tcPr>
            <w:tcW w:w="7512" w:type="dxa"/>
          </w:tcPr>
          <w:p w14:paraId="4AFB12A1" w14:textId="77777777" w:rsidR="00AB3B22" w:rsidRPr="002917BC" w:rsidRDefault="00AB3B22" w:rsidP="001C7BBF">
            <w:pPr>
              <w:jc w:val="both"/>
              <w:rPr>
                <w:rFonts w:ascii="Arial" w:hAnsi="Arial" w:cs="Arial"/>
                <w:lang w:val="fr-FR"/>
              </w:rPr>
            </w:pPr>
            <w:r w:rsidRPr="002917BC">
              <w:rPr>
                <w:rFonts w:ascii="Arial" w:hAnsi="Arial" w:cs="Arial"/>
                <w:lang w:val="fr-FR"/>
              </w:rPr>
              <w:t>Expérience en la matière (dispense de formation premiers soins)</w:t>
            </w:r>
          </w:p>
          <w:p w14:paraId="19C99E5E" w14:textId="26E2CA7D" w:rsidR="00AB3B22" w:rsidRPr="002917BC" w:rsidRDefault="000330DF" w:rsidP="001C7BBF">
            <w:pPr>
              <w:pStyle w:val="Paragraphedeliste"/>
              <w:numPr>
                <w:ilvl w:val="0"/>
                <w:numId w:val="14"/>
              </w:numPr>
              <w:jc w:val="both"/>
              <w:rPr>
                <w:rFonts w:ascii="Arial" w:hAnsi="Arial" w:cs="Arial"/>
                <w:lang w:val="fr-FR"/>
              </w:rPr>
            </w:pPr>
            <w:r w:rsidRPr="002917BC">
              <w:rPr>
                <w:rFonts w:ascii="Arial" w:hAnsi="Arial" w:cs="Arial"/>
                <w:lang w:val="fr-FR"/>
              </w:rPr>
              <w:t>10</w:t>
            </w:r>
            <w:r w:rsidR="00AB3B22" w:rsidRPr="002917BC">
              <w:rPr>
                <w:rFonts w:ascii="Arial" w:hAnsi="Arial" w:cs="Arial"/>
                <w:lang w:val="fr-FR"/>
              </w:rPr>
              <w:t xml:space="preserve"> ans et plus : (8pts)</w:t>
            </w:r>
          </w:p>
          <w:p w14:paraId="6E4BB5AE" w14:textId="20FBEFA9" w:rsidR="00AB3B22" w:rsidRPr="002917BC" w:rsidRDefault="00AB3B22" w:rsidP="001C7BBF">
            <w:pPr>
              <w:pStyle w:val="Paragraphedeliste"/>
              <w:numPr>
                <w:ilvl w:val="0"/>
                <w:numId w:val="14"/>
              </w:numPr>
              <w:jc w:val="both"/>
              <w:rPr>
                <w:rFonts w:ascii="Arial" w:hAnsi="Arial" w:cs="Arial"/>
                <w:lang w:val="fr-FR"/>
              </w:rPr>
            </w:pPr>
            <w:r w:rsidRPr="002917BC">
              <w:rPr>
                <w:rFonts w:ascii="Arial" w:hAnsi="Arial" w:cs="Arial"/>
                <w:lang w:val="fr-FR"/>
              </w:rPr>
              <w:t>1</w:t>
            </w:r>
            <w:r w:rsidR="000330DF" w:rsidRPr="002917BC">
              <w:rPr>
                <w:rFonts w:ascii="Arial" w:hAnsi="Arial" w:cs="Arial"/>
                <w:lang w:val="fr-FR"/>
              </w:rPr>
              <w:t>5</w:t>
            </w:r>
            <w:r w:rsidRPr="002917BC">
              <w:rPr>
                <w:rFonts w:ascii="Arial" w:hAnsi="Arial" w:cs="Arial"/>
                <w:lang w:val="fr-FR"/>
              </w:rPr>
              <w:t>-</w:t>
            </w:r>
            <w:r w:rsidR="000330DF" w:rsidRPr="002917BC">
              <w:rPr>
                <w:rFonts w:ascii="Arial" w:hAnsi="Arial" w:cs="Arial"/>
                <w:lang w:val="fr-FR"/>
              </w:rPr>
              <w:t>20</w:t>
            </w:r>
            <w:r w:rsidRPr="002917BC">
              <w:rPr>
                <w:rFonts w:ascii="Arial" w:hAnsi="Arial" w:cs="Arial"/>
                <w:lang w:val="fr-FR"/>
              </w:rPr>
              <w:t xml:space="preserve"> ans : (10pts)</w:t>
            </w:r>
          </w:p>
          <w:p w14:paraId="59969DFF" w14:textId="55CCF3AA" w:rsidR="00AB3B22" w:rsidRPr="002917BC" w:rsidRDefault="000330DF" w:rsidP="001C7BBF">
            <w:pPr>
              <w:pStyle w:val="Paragraphedeliste"/>
              <w:numPr>
                <w:ilvl w:val="0"/>
                <w:numId w:val="14"/>
              </w:numPr>
              <w:jc w:val="both"/>
              <w:rPr>
                <w:rFonts w:ascii="Arial" w:hAnsi="Arial" w:cs="Arial"/>
                <w:lang w:val="fr-FR"/>
              </w:rPr>
            </w:pPr>
            <w:r w:rsidRPr="002917BC">
              <w:rPr>
                <w:rFonts w:ascii="Arial" w:hAnsi="Arial" w:cs="Arial"/>
                <w:lang w:val="fr-FR"/>
              </w:rPr>
              <w:t>2</w:t>
            </w:r>
            <w:r w:rsidR="00AB3B22" w:rsidRPr="002917BC">
              <w:rPr>
                <w:rFonts w:ascii="Arial" w:hAnsi="Arial" w:cs="Arial"/>
                <w:lang w:val="fr-FR"/>
              </w:rPr>
              <w:t>5-</w:t>
            </w:r>
            <w:r w:rsidRPr="002917BC">
              <w:rPr>
                <w:rFonts w:ascii="Arial" w:hAnsi="Arial" w:cs="Arial"/>
                <w:lang w:val="fr-FR"/>
              </w:rPr>
              <w:t>3</w:t>
            </w:r>
            <w:r w:rsidR="00AB3B22" w:rsidRPr="002917BC">
              <w:rPr>
                <w:rFonts w:ascii="Arial" w:hAnsi="Arial" w:cs="Arial"/>
                <w:lang w:val="fr-FR"/>
              </w:rPr>
              <w:t>0 ans : (15pts)</w:t>
            </w:r>
          </w:p>
        </w:tc>
        <w:tc>
          <w:tcPr>
            <w:tcW w:w="2268" w:type="dxa"/>
            <w:vAlign w:val="center"/>
          </w:tcPr>
          <w:p w14:paraId="0238168F" w14:textId="6259E9B5" w:rsidR="00AB3B22" w:rsidRPr="002917BC" w:rsidRDefault="00AB3B22" w:rsidP="001C7BBF">
            <w:pPr>
              <w:jc w:val="center"/>
              <w:rPr>
                <w:rFonts w:ascii="Arial" w:hAnsi="Arial" w:cs="Arial"/>
                <w:lang w:val="fr-FR"/>
              </w:rPr>
            </w:pPr>
            <w:r w:rsidRPr="002917BC">
              <w:rPr>
                <w:rFonts w:ascii="Arial" w:hAnsi="Arial" w:cs="Arial"/>
                <w:lang w:val="fr-FR"/>
              </w:rPr>
              <w:t>15</w:t>
            </w:r>
          </w:p>
        </w:tc>
      </w:tr>
      <w:tr w:rsidR="00AB3B22" w:rsidRPr="002917BC" w14:paraId="5F92DA34" w14:textId="77777777" w:rsidTr="00155821">
        <w:tc>
          <w:tcPr>
            <w:tcW w:w="7512" w:type="dxa"/>
          </w:tcPr>
          <w:p w14:paraId="15FB7DEF" w14:textId="4E072FA5" w:rsidR="00AB3B22" w:rsidRPr="002917BC" w:rsidRDefault="00AB3B22" w:rsidP="001C7BBF">
            <w:pPr>
              <w:jc w:val="both"/>
              <w:rPr>
                <w:rFonts w:ascii="Arial" w:hAnsi="Arial" w:cs="Arial"/>
                <w:lang w:val="fr-FR"/>
              </w:rPr>
            </w:pPr>
            <w:r w:rsidRPr="002917BC">
              <w:rPr>
                <w:rFonts w:ascii="Arial" w:hAnsi="Arial" w:cs="Arial"/>
                <w:lang w:val="fr-FR"/>
              </w:rPr>
              <w:t>Matériel didactique (mannequin</w:t>
            </w:r>
            <w:r w:rsidR="00935829" w:rsidRPr="002917BC">
              <w:rPr>
                <w:rFonts w:ascii="Arial" w:hAnsi="Arial" w:cs="Arial"/>
                <w:lang w:val="fr-FR"/>
              </w:rPr>
              <w:t>, défibrillateurs</w:t>
            </w:r>
            <w:r w:rsidRPr="002917BC">
              <w:rPr>
                <w:rFonts w:ascii="Arial" w:hAnsi="Arial" w:cs="Arial"/>
                <w:lang w:val="fr-FR"/>
              </w:rPr>
              <w:t xml:space="preserve"> et autres</w:t>
            </w:r>
            <w:r w:rsidR="00935829" w:rsidRPr="002917BC">
              <w:rPr>
                <w:rFonts w:ascii="Arial" w:hAnsi="Arial" w:cs="Arial"/>
                <w:lang w:val="fr-FR"/>
              </w:rPr>
              <w:t xml:space="preserve"> voir liste</w:t>
            </w:r>
            <w:r w:rsidRPr="002917BC">
              <w:rPr>
                <w:rFonts w:ascii="Arial" w:hAnsi="Arial" w:cs="Arial"/>
                <w:lang w:val="fr-FR"/>
              </w:rPr>
              <w:t>) disponible</w:t>
            </w:r>
          </w:p>
        </w:tc>
        <w:tc>
          <w:tcPr>
            <w:tcW w:w="2268" w:type="dxa"/>
            <w:vAlign w:val="center"/>
          </w:tcPr>
          <w:p w14:paraId="6C1AEA13" w14:textId="5D7A627E" w:rsidR="00AB3B22" w:rsidRPr="002917BC" w:rsidRDefault="00AB3B22" w:rsidP="001C7BBF">
            <w:pPr>
              <w:jc w:val="center"/>
              <w:rPr>
                <w:rFonts w:ascii="Arial" w:hAnsi="Arial" w:cs="Arial"/>
                <w:lang w:val="fr-FR"/>
              </w:rPr>
            </w:pPr>
            <w:r w:rsidRPr="002917BC">
              <w:rPr>
                <w:rFonts w:ascii="Arial" w:hAnsi="Arial" w:cs="Arial"/>
                <w:lang w:val="fr-FR"/>
              </w:rPr>
              <w:t>20</w:t>
            </w:r>
          </w:p>
        </w:tc>
      </w:tr>
      <w:tr w:rsidR="00AB3B22" w:rsidRPr="002917BC" w14:paraId="112C4297" w14:textId="77777777" w:rsidTr="00155821">
        <w:tc>
          <w:tcPr>
            <w:tcW w:w="7512" w:type="dxa"/>
          </w:tcPr>
          <w:p w14:paraId="1FC9EE1C" w14:textId="6EE6903F" w:rsidR="00AB3B22" w:rsidRPr="002917BC" w:rsidRDefault="00AB3B22" w:rsidP="001C7BBF">
            <w:pPr>
              <w:jc w:val="both"/>
              <w:rPr>
                <w:rFonts w:ascii="Arial" w:hAnsi="Arial" w:cs="Arial"/>
                <w:lang w:val="fr-FR"/>
              </w:rPr>
            </w:pPr>
            <w:r w:rsidRPr="002917BC">
              <w:rPr>
                <w:rFonts w:ascii="Arial" w:hAnsi="Arial" w:cs="Arial"/>
                <w:lang w:val="fr-FR"/>
              </w:rPr>
              <w:t>Connaissance de la langue française</w:t>
            </w:r>
          </w:p>
        </w:tc>
        <w:tc>
          <w:tcPr>
            <w:tcW w:w="2268" w:type="dxa"/>
            <w:vAlign w:val="center"/>
          </w:tcPr>
          <w:p w14:paraId="20C06D42" w14:textId="3B217528" w:rsidR="00AB3B22" w:rsidRPr="002917BC" w:rsidRDefault="00AB3B22" w:rsidP="001C7BBF">
            <w:pPr>
              <w:jc w:val="center"/>
              <w:rPr>
                <w:rFonts w:ascii="Arial" w:hAnsi="Arial" w:cs="Arial"/>
                <w:lang w:val="fr-FR"/>
              </w:rPr>
            </w:pPr>
            <w:r w:rsidRPr="002917BC">
              <w:rPr>
                <w:rFonts w:ascii="Arial" w:hAnsi="Arial" w:cs="Arial"/>
                <w:lang w:val="fr-FR"/>
              </w:rPr>
              <w:t>5</w:t>
            </w:r>
          </w:p>
        </w:tc>
      </w:tr>
      <w:tr w:rsidR="00AB3B22" w:rsidRPr="002917BC" w14:paraId="2FA49EF0" w14:textId="77777777" w:rsidTr="00155821">
        <w:tc>
          <w:tcPr>
            <w:tcW w:w="7512" w:type="dxa"/>
          </w:tcPr>
          <w:p w14:paraId="6A99D151" w14:textId="77777777" w:rsidR="00AB3B22" w:rsidRPr="002917BC" w:rsidRDefault="00AB3B22" w:rsidP="001C7BBF">
            <w:pPr>
              <w:jc w:val="both"/>
              <w:rPr>
                <w:rFonts w:ascii="Arial" w:hAnsi="Arial" w:cs="Arial"/>
                <w:lang w:val="fr-FR"/>
              </w:rPr>
            </w:pPr>
            <w:r w:rsidRPr="002917BC">
              <w:rPr>
                <w:rFonts w:ascii="Arial" w:hAnsi="Arial" w:cs="Arial"/>
                <w:lang w:val="fr-FR"/>
              </w:rPr>
              <w:t>Dossiers administratifs :</w:t>
            </w:r>
          </w:p>
          <w:p w14:paraId="042E43B5" w14:textId="77777777" w:rsidR="000330DF" w:rsidRPr="002917BC" w:rsidRDefault="000330DF" w:rsidP="001C7BBF">
            <w:pPr>
              <w:jc w:val="both"/>
              <w:rPr>
                <w:rFonts w:ascii="Arial" w:hAnsi="Arial" w:cs="Arial"/>
                <w:lang w:val="fr-FR"/>
              </w:rPr>
            </w:pPr>
          </w:p>
          <w:p w14:paraId="45DCB466" w14:textId="68292928" w:rsidR="00AB3B22" w:rsidRPr="002917BC" w:rsidRDefault="000330DF" w:rsidP="001C7BBF">
            <w:pPr>
              <w:jc w:val="both"/>
              <w:rPr>
                <w:rFonts w:ascii="Arial" w:hAnsi="Arial" w:cs="Arial"/>
                <w:lang w:val="fr-FR"/>
              </w:rPr>
            </w:pPr>
            <w:r w:rsidRPr="002917BC">
              <w:rPr>
                <w:rFonts w:ascii="Arial" w:hAnsi="Arial" w:cs="Arial"/>
                <w:lang w:val="fr-FR"/>
              </w:rPr>
              <w:t>Note</w:t>
            </w:r>
            <w:r w:rsidR="00AB3B22" w:rsidRPr="002917BC">
              <w:rPr>
                <w:rFonts w:ascii="Arial" w:hAnsi="Arial" w:cs="Arial"/>
                <w:lang w:val="fr-FR"/>
              </w:rPr>
              <w:t xml:space="preserve"> de soumission, CV, copies de</w:t>
            </w:r>
            <w:r w:rsidRPr="002917BC">
              <w:rPr>
                <w:rFonts w:ascii="Arial" w:hAnsi="Arial" w:cs="Arial"/>
                <w:lang w:val="fr-FR"/>
              </w:rPr>
              <w:t>s</w:t>
            </w:r>
            <w:r w:rsidR="00AB3B22" w:rsidRPr="002917BC">
              <w:rPr>
                <w:rFonts w:ascii="Arial" w:hAnsi="Arial" w:cs="Arial"/>
                <w:lang w:val="fr-FR"/>
              </w:rPr>
              <w:t xml:space="preserve"> titres </w:t>
            </w:r>
            <w:r w:rsidRPr="002917BC">
              <w:rPr>
                <w:rFonts w:ascii="Arial" w:hAnsi="Arial" w:cs="Arial"/>
                <w:lang w:val="fr-FR"/>
              </w:rPr>
              <w:t>académiques</w:t>
            </w:r>
            <w:r w:rsidR="00AB3B22" w:rsidRPr="002917BC">
              <w:rPr>
                <w:rFonts w:ascii="Arial" w:hAnsi="Arial" w:cs="Arial"/>
                <w:lang w:val="fr-FR"/>
              </w:rPr>
              <w:t>, numéro d'ordre pour les médecins</w:t>
            </w:r>
            <w:r w:rsidRPr="002917BC">
              <w:rPr>
                <w:rFonts w:ascii="Arial" w:hAnsi="Arial" w:cs="Arial"/>
                <w:lang w:val="fr-FR"/>
              </w:rPr>
              <w:t xml:space="preserve"> (supérieur à 15 ans), certificat BLS </w:t>
            </w:r>
            <w:r w:rsidR="00AB3B22" w:rsidRPr="002917BC">
              <w:rPr>
                <w:rFonts w:ascii="Arial" w:hAnsi="Arial" w:cs="Arial"/>
                <w:lang w:val="fr-FR"/>
              </w:rPr>
              <w:t>de format</w:t>
            </w:r>
            <w:r w:rsidRPr="002917BC">
              <w:rPr>
                <w:rFonts w:ascii="Arial" w:hAnsi="Arial" w:cs="Arial"/>
                <w:lang w:val="fr-FR"/>
              </w:rPr>
              <w:t>eur</w:t>
            </w:r>
            <w:r w:rsidR="00B82920" w:rsidRPr="002917BC">
              <w:rPr>
                <w:rFonts w:ascii="Arial" w:hAnsi="Arial" w:cs="Arial"/>
                <w:lang w:val="fr-FR"/>
              </w:rPr>
              <w:t xml:space="preserve"> (tous les éléments repris dans le profil u candidat ci-haut au complet)</w:t>
            </w:r>
            <w:r w:rsidRPr="002917BC">
              <w:rPr>
                <w:rFonts w:ascii="Arial" w:hAnsi="Arial" w:cs="Arial"/>
                <w:lang w:val="fr-FR"/>
              </w:rPr>
              <w:t>.</w:t>
            </w:r>
          </w:p>
          <w:p w14:paraId="6A034483" w14:textId="648F0959" w:rsidR="00AB3B22" w:rsidRPr="002917BC" w:rsidRDefault="00AB3B22" w:rsidP="001C7BBF">
            <w:pPr>
              <w:pStyle w:val="Paragraphedeliste"/>
              <w:jc w:val="both"/>
              <w:rPr>
                <w:rFonts w:ascii="Arial" w:hAnsi="Arial" w:cs="Arial"/>
                <w:lang w:val="fr-FR"/>
              </w:rPr>
            </w:pPr>
          </w:p>
        </w:tc>
        <w:tc>
          <w:tcPr>
            <w:tcW w:w="2268" w:type="dxa"/>
            <w:vAlign w:val="center"/>
          </w:tcPr>
          <w:p w14:paraId="1A68557F" w14:textId="19586888" w:rsidR="00AB3B22" w:rsidRPr="002917BC" w:rsidRDefault="00D84ED2" w:rsidP="001C7BBF">
            <w:pPr>
              <w:jc w:val="center"/>
              <w:rPr>
                <w:rFonts w:ascii="Arial" w:hAnsi="Arial" w:cs="Arial"/>
                <w:lang w:val="fr-FR"/>
              </w:rPr>
            </w:pPr>
            <w:r w:rsidRPr="002917BC">
              <w:rPr>
                <w:rFonts w:ascii="Arial" w:hAnsi="Arial" w:cs="Arial"/>
                <w:lang w:val="fr-FR"/>
              </w:rPr>
              <w:t>1</w:t>
            </w:r>
            <w:r w:rsidR="008F1DD3" w:rsidRPr="002917BC">
              <w:rPr>
                <w:rFonts w:ascii="Arial" w:hAnsi="Arial" w:cs="Arial"/>
                <w:lang w:val="fr-FR"/>
              </w:rPr>
              <w:t>5</w:t>
            </w:r>
          </w:p>
        </w:tc>
      </w:tr>
      <w:tr w:rsidR="00AB3B22" w:rsidRPr="002917BC" w14:paraId="6161E6C8" w14:textId="77777777" w:rsidTr="00155821">
        <w:tc>
          <w:tcPr>
            <w:tcW w:w="7512" w:type="dxa"/>
          </w:tcPr>
          <w:p w14:paraId="33F98AF7" w14:textId="1A34F6DB" w:rsidR="00AB3B22" w:rsidRPr="002917BC" w:rsidRDefault="00155821" w:rsidP="001C7BBF">
            <w:pPr>
              <w:jc w:val="both"/>
              <w:rPr>
                <w:rFonts w:ascii="Arial" w:hAnsi="Arial" w:cs="Arial"/>
                <w:lang w:val="fr-FR"/>
              </w:rPr>
            </w:pPr>
            <w:r w:rsidRPr="002917BC">
              <w:rPr>
                <w:rFonts w:ascii="Arial" w:hAnsi="Arial" w:cs="Arial"/>
                <w:lang w:val="fr-FR"/>
              </w:rPr>
              <w:lastRenderedPageBreak/>
              <w:t>Disponibilité pour la période proposée dans les termes de référence (</w:t>
            </w:r>
            <w:r w:rsidR="00935829" w:rsidRPr="002917BC">
              <w:rPr>
                <w:rFonts w:ascii="Arial" w:hAnsi="Arial" w:cs="Arial"/>
                <w:lang w:val="fr-FR"/>
              </w:rPr>
              <w:t xml:space="preserve">octobre </w:t>
            </w:r>
            <w:r w:rsidRPr="002917BC">
              <w:rPr>
                <w:rFonts w:ascii="Arial" w:hAnsi="Arial" w:cs="Arial"/>
                <w:lang w:val="fr-FR"/>
              </w:rPr>
              <w:t>202</w:t>
            </w:r>
            <w:r w:rsidR="00C20A22" w:rsidRPr="002917BC">
              <w:rPr>
                <w:rFonts w:ascii="Arial" w:hAnsi="Arial" w:cs="Arial"/>
                <w:lang w:val="fr-FR"/>
              </w:rPr>
              <w:t>5</w:t>
            </w:r>
            <w:r w:rsidRPr="002917BC">
              <w:rPr>
                <w:rFonts w:ascii="Arial" w:hAnsi="Arial" w:cs="Arial"/>
                <w:lang w:val="fr-FR"/>
              </w:rPr>
              <w:t>)</w:t>
            </w:r>
          </w:p>
        </w:tc>
        <w:tc>
          <w:tcPr>
            <w:tcW w:w="2268" w:type="dxa"/>
            <w:vAlign w:val="center"/>
          </w:tcPr>
          <w:p w14:paraId="0754F5AF" w14:textId="39FE31EF" w:rsidR="00AB3B22" w:rsidRPr="002917BC" w:rsidRDefault="00AB3B22" w:rsidP="001C7BBF">
            <w:pPr>
              <w:jc w:val="center"/>
              <w:rPr>
                <w:rFonts w:ascii="Arial" w:hAnsi="Arial" w:cs="Arial"/>
                <w:lang w:val="fr-FR"/>
              </w:rPr>
            </w:pPr>
            <w:r w:rsidRPr="002917BC">
              <w:rPr>
                <w:rFonts w:ascii="Arial" w:hAnsi="Arial" w:cs="Arial"/>
                <w:lang w:val="fr-FR"/>
              </w:rPr>
              <w:t>10</w:t>
            </w:r>
          </w:p>
        </w:tc>
      </w:tr>
      <w:tr w:rsidR="00AB3B22" w:rsidRPr="002917BC" w14:paraId="1AED891E" w14:textId="77777777" w:rsidTr="00155821">
        <w:tc>
          <w:tcPr>
            <w:tcW w:w="7512" w:type="dxa"/>
          </w:tcPr>
          <w:p w14:paraId="2B519341" w14:textId="2EAABC30" w:rsidR="00155821" w:rsidRPr="002917BC" w:rsidRDefault="00D84ED2" w:rsidP="001C7BBF">
            <w:pPr>
              <w:jc w:val="both"/>
              <w:rPr>
                <w:rFonts w:ascii="Arial" w:hAnsi="Arial" w:cs="Arial"/>
                <w:lang w:val="fr-FR"/>
              </w:rPr>
            </w:pPr>
            <w:r w:rsidRPr="002917BC">
              <w:rPr>
                <w:rFonts w:ascii="Arial" w:hAnsi="Arial" w:cs="Arial"/>
                <w:lang w:val="fr-FR"/>
              </w:rPr>
              <w:t>3</w:t>
            </w:r>
            <w:r w:rsidR="00155821" w:rsidRPr="002917BC">
              <w:rPr>
                <w:rFonts w:ascii="Arial" w:hAnsi="Arial" w:cs="Arial"/>
                <w:lang w:val="fr-FR"/>
              </w:rPr>
              <w:t xml:space="preserve"> référence</w:t>
            </w:r>
            <w:r w:rsidRPr="002917BC">
              <w:rPr>
                <w:rFonts w:ascii="Arial" w:hAnsi="Arial" w:cs="Arial"/>
                <w:lang w:val="fr-FR"/>
              </w:rPr>
              <w:t>s</w:t>
            </w:r>
            <w:r w:rsidR="00155821" w:rsidRPr="002917BC">
              <w:rPr>
                <w:rFonts w:ascii="Arial" w:hAnsi="Arial" w:cs="Arial"/>
                <w:lang w:val="fr-FR"/>
              </w:rPr>
              <w:t xml:space="preserve"> nationale (3pts)</w:t>
            </w:r>
          </w:p>
          <w:p w14:paraId="75E446C8" w14:textId="06005ED2" w:rsidR="00935829" w:rsidRPr="002917BC" w:rsidRDefault="00D84ED2" w:rsidP="001C7BBF">
            <w:pPr>
              <w:jc w:val="both"/>
              <w:rPr>
                <w:rFonts w:ascii="Arial" w:hAnsi="Arial" w:cs="Arial"/>
                <w:lang w:val="fr-FR"/>
              </w:rPr>
            </w:pPr>
            <w:r w:rsidRPr="002917BC">
              <w:rPr>
                <w:rFonts w:ascii="Arial" w:hAnsi="Arial" w:cs="Arial"/>
                <w:lang w:val="fr-FR"/>
              </w:rPr>
              <w:t>3</w:t>
            </w:r>
            <w:r w:rsidR="00155821" w:rsidRPr="002917BC">
              <w:rPr>
                <w:rFonts w:ascii="Arial" w:hAnsi="Arial" w:cs="Arial"/>
                <w:lang w:val="fr-FR"/>
              </w:rPr>
              <w:t xml:space="preserve"> </w:t>
            </w:r>
            <w:r w:rsidRPr="002917BC">
              <w:rPr>
                <w:rFonts w:ascii="Arial" w:hAnsi="Arial" w:cs="Arial"/>
                <w:lang w:val="fr-FR"/>
              </w:rPr>
              <w:t>références</w:t>
            </w:r>
            <w:r w:rsidR="00155821" w:rsidRPr="002917BC">
              <w:rPr>
                <w:rFonts w:ascii="Arial" w:hAnsi="Arial" w:cs="Arial"/>
                <w:lang w:val="fr-FR"/>
              </w:rPr>
              <w:t xml:space="preserve"> ONG nationales</w:t>
            </w:r>
            <w:r w:rsidR="00935829" w:rsidRPr="002917BC">
              <w:rPr>
                <w:rFonts w:ascii="Arial" w:hAnsi="Arial" w:cs="Arial"/>
                <w:lang w:val="fr-FR"/>
              </w:rPr>
              <w:t xml:space="preserve"> (1pt)</w:t>
            </w:r>
          </w:p>
          <w:p w14:paraId="738B0053" w14:textId="6365DC3E" w:rsidR="00155821" w:rsidRPr="002917BC" w:rsidRDefault="00935829" w:rsidP="001C7BBF">
            <w:pPr>
              <w:jc w:val="both"/>
              <w:rPr>
                <w:rFonts w:ascii="Arial" w:hAnsi="Arial" w:cs="Arial"/>
                <w:lang w:val="fr-FR"/>
              </w:rPr>
            </w:pPr>
            <w:r w:rsidRPr="002917BC">
              <w:rPr>
                <w:rFonts w:ascii="Arial" w:hAnsi="Arial" w:cs="Arial"/>
                <w:lang w:val="fr-FR"/>
              </w:rPr>
              <w:t>3 références internationales</w:t>
            </w:r>
            <w:r w:rsidR="00155821" w:rsidRPr="002917BC">
              <w:rPr>
                <w:rFonts w:ascii="Arial" w:hAnsi="Arial" w:cs="Arial"/>
                <w:lang w:val="fr-FR"/>
              </w:rPr>
              <w:t xml:space="preserve"> : (</w:t>
            </w:r>
            <w:r w:rsidR="009A6E8A" w:rsidRPr="002917BC">
              <w:rPr>
                <w:rFonts w:ascii="Arial" w:hAnsi="Arial" w:cs="Arial"/>
                <w:lang w:val="fr-FR"/>
              </w:rPr>
              <w:t>3</w:t>
            </w:r>
            <w:r w:rsidR="00155821" w:rsidRPr="002917BC">
              <w:rPr>
                <w:rFonts w:ascii="Arial" w:hAnsi="Arial" w:cs="Arial"/>
                <w:lang w:val="fr-FR"/>
              </w:rPr>
              <w:t xml:space="preserve"> pts)</w:t>
            </w:r>
          </w:p>
          <w:p w14:paraId="4FDDA62F" w14:textId="2644BE02" w:rsidR="00AB3B22" w:rsidRPr="002917BC" w:rsidRDefault="00D84ED2" w:rsidP="001C7BBF">
            <w:pPr>
              <w:jc w:val="both"/>
              <w:rPr>
                <w:rFonts w:ascii="Arial" w:hAnsi="Arial" w:cs="Arial"/>
                <w:lang w:val="fr-FR"/>
              </w:rPr>
            </w:pPr>
            <w:r w:rsidRPr="002917BC">
              <w:rPr>
                <w:rFonts w:ascii="Arial" w:hAnsi="Arial" w:cs="Arial"/>
                <w:lang w:val="fr-FR"/>
              </w:rPr>
              <w:t>3</w:t>
            </w:r>
            <w:r w:rsidR="00155821" w:rsidRPr="002917BC">
              <w:rPr>
                <w:rFonts w:ascii="Arial" w:hAnsi="Arial" w:cs="Arial"/>
                <w:lang w:val="fr-FR"/>
              </w:rPr>
              <w:t xml:space="preserve"> référence</w:t>
            </w:r>
            <w:r w:rsidRPr="002917BC">
              <w:rPr>
                <w:rFonts w:ascii="Arial" w:hAnsi="Arial" w:cs="Arial"/>
                <w:lang w:val="fr-FR"/>
              </w:rPr>
              <w:t>s</w:t>
            </w:r>
            <w:r w:rsidR="00155821" w:rsidRPr="002917BC">
              <w:rPr>
                <w:rFonts w:ascii="Arial" w:hAnsi="Arial" w:cs="Arial"/>
                <w:lang w:val="fr-FR"/>
              </w:rPr>
              <w:t xml:space="preserve"> </w:t>
            </w:r>
            <w:r w:rsidR="00C20A22" w:rsidRPr="002917BC">
              <w:rPr>
                <w:rFonts w:ascii="Arial" w:hAnsi="Arial" w:cs="Arial"/>
                <w:lang w:val="fr-FR"/>
              </w:rPr>
              <w:t>médicale (centre</w:t>
            </w:r>
            <w:r w:rsidR="00155821" w:rsidRPr="002917BC">
              <w:rPr>
                <w:rFonts w:ascii="Arial" w:hAnsi="Arial" w:cs="Arial"/>
                <w:lang w:val="fr-FR"/>
              </w:rPr>
              <w:t xml:space="preserve"> de santé ou autre structure médicale) (</w:t>
            </w:r>
            <w:r w:rsidR="00935829" w:rsidRPr="002917BC">
              <w:rPr>
                <w:rFonts w:ascii="Arial" w:hAnsi="Arial" w:cs="Arial"/>
                <w:lang w:val="fr-FR"/>
              </w:rPr>
              <w:t>8</w:t>
            </w:r>
            <w:r w:rsidR="00155821" w:rsidRPr="002917BC">
              <w:rPr>
                <w:rFonts w:ascii="Arial" w:hAnsi="Arial" w:cs="Arial"/>
                <w:lang w:val="fr-FR"/>
              </w:rPr>
              <w:t>pts).</w:t>
            </w:r>
          </w:p>
        </w:tc>
        <w:tc>
          <w:tcPr>
            <w:tcW w:w="2268" w:type="dxa"/>
            <w:vAlign w:val="center"/>
          </w:tcPr>
          <w:p w14:paraId="053D4786" w14:textId="734DCEE8" w:rsidR="00AB3B22" w:rsidRPr="002917BC" w:rsidRDefault="00AB3B22" w:rsidP="001C7BBF">
            <w:pPr>
              <w:jc w:val="center"/>
              <w:rPr>
                <w:rFonts w:ascii="Arial" w:hAnsi="Arial" w:cs="Arial"/>
                <w:lang w:val="fr-FR"/>
              </w:rPr>
            </w:pPr>
            <w:r w:rsidRPr="002917BC">
              <w:rPr>
                <w:rFonts w:ascii="Arial" w:hAnsi="Arial" w:cs="Arial"/>
                <w:lang w:val="fr-FR"/>
              </w:rPr>
              <w:t>15</w:t>
            </w:r>
          </w:p>
        </w:tc>
      </w:tr>
      <w:tr w:rsidR="00AB3B22" w:rsidRPr="002917BC" w14:paraId="04805FEE" w14:textId="77777777" w:rsidTr="00155821">
        <w:tc>
          <w:tcPr>
            <w:tcW w:w="7512" w:type="dxa"/>
          </w:tcPr>
          <w:p w14:paraId="1FDF5CE4" w14:textId="2A96BB1F" w:rsidR="00AB3B22" w:rsidRPr="002917BC" w:rsidRDefault="00AB3B22" w:rsidP="001C7BBF">
            <w:pPr>
              <w:jc w:val="both"/>
              <w:rPr>
                <w:rFonts w:ascii="Arial" w:hAnsi="Arial" w:cs="Arial"/>
                <w:b/>
                <w:bCs/>
                <w:lang w:val="fr-FR"/>
              </w:rPr>
            </w:pPr>
            <w:r w:rsidRPr="002917BC">
              <w:rPr>
                <w:rFonts w:ascii="Arial" w:hAnsi="Arial" w:cs="Arial"/>
                <w:b/>
                <w:bCs/>
                <w:lang w:val="fr-FR"/>
              </w:rPr>
              <w:t>Total en termes de points</w:t>
            </w:r>
          </w:p>
        </w:tc>
        <w:tc>
          <w:tcPr>
            <w:tcW w:w="2268" w:type="dxa"/>
            <w:vAlign w:val="center"/>
          </w:tcPr>
          <w:p w14:paraId="56FB5F35" w14:textId="386C1254" w:rsidR="00AB3B22" w:rsidRPr="002917BC" w:rsidRDefault="00AB3B22" w:rsidP="001C7BBF">
            <w:pPr>
              <w:jc w:val="center"/>
              <w:rPr>
                <w:rFonts w:ascii="Arial" w:hAnsi="Arial" w:cs="Arial"/>
                <w:b/>
                <w:bCs/>
                <w:lang w:val="fr-FR"/>
              </w:rPr>
            </w:pPr>
            <w:r w:rsidRPr="002917BC">
              <w:rPr>
                <w:rFonts w:ascii="Arial" w:hAnsi="Arial" w:cs="Arial"/>
                <w:b/>
                <w:bCs/>
                <w:lang w:val="fr-FR"/>
              </w:rPr>
              <w:t>100</w:t>
            </w:r>
          </w:p>
        </w:tc>
      </w:tr>
    </w:tbl>
    <w:p w14:paraId="5A4B77E1" w14:textId="77777777" w:rsidR="00AB3B22" w:rsidRPr="002917BC" w:rsidRDefault="00AB3B22" w:rsidP="001C7BBF">
      <w:pPr>
        <w:jc w:val="both"/>
        <w:rPr>
          <w:rFonts w:ascii="Arial" w:hAnsi="Arial" w:cs="Arial"/>
          <w:lang w:val="fr-FR"/>
        </w:rPr>
      </w:pPr>
    </w:p>
    <w:p w14:paraId="124BA5EC" w14:textId="0D71E26F" w:rsidR="00CE0455" w:rsidRPr="002917BC" w:rsidRDefault="00155821" w:rsidP="001C7BBF">
      <w:pPr>
        <w:jc w:val="both"/>
        <w:rPr>
          <w:rFonts w:ascii="Arial" w:hAnsi="Arial" w:cs="Arial"/>
          <w:lang w:val="fr-FR"/>
        </w:rPr>
      </w:pPr>
      <w:r w:rsidRPr="002917BC">
        <w:rPr>
          <w:rFonts w:ascii="Arial" w:hAnsi="Arial" w:cs="Arial"/>
          <w:lang w:val="fr-FR"/>
        </w:rPr>
        <w:t xml:space="preserve">N.B. : </w:t>
      </w:r>
      <w:r w:rsidRPr="002917BC">
        <w:rPr>
          <w:rFonts w:ascii="Arial" w:hAnsi="Arial" w:cs="Arial"/>
          <w:u w:val="single"/>
          <w:lang w:val="fr-FR"/>
        </w:rPr>
        <w:t>Critères exclusifs</w:t>
      </w:r>
      <w:r w:rsidRPr="002917BC">
        <w:rPr>
          <w:rFonts w:ascii="Arial" w:hAnsi="Arial" w:cs="Arial"/>
          <w:lang w:val="fr-FR"/>
        </w:rPr>
        <w:t xml:space="preserve"> :</w:t>
      </w:r>
    </w:p>
    <w:p w14:paraId="0A80FE16" w14:textId="77777777" w:rsidR="00155821" w:rsidRPr="002917BC" w:rsidRDefault="00155821" w:rsidP="001C7BBF">
      <w:pPr>
        <w:pStyle w:val="Paragraphedeliste"/>
        <w:numPr>
          <w:ilvl w:val="0"/>
          <w:numId w:val="16"/>
        </w:numPr>
        <w:jc w:val="both"/>
        <w:rPr>
          <w:rFonts w:ascii="Arial" w:hAnsi="Arial" w:cs="Arial"/>
          <w:lang w:val="fr-FR"/>
        </w:rPr>
      </w:pPr>
      <w:r w:rsidRPr="002917BC">
        <w:rPr>
          <w:rFonts w:ascii="Arial" w:hAnsi="Arial" w:cs="Arial"/>
          <w:lang w:val="fr-FR"/>
        </w:rPr>
        <w:t>Absence du certificat d'accréditation ;</w:t>
      </w:r>
    </w:p>
    <w:p w14:paraId="735B488D" w14:textId="59CC2083" w:rsidR="00D84ED2" w:rsidRPr="002917BC" w:rsidRDefault="00155821" w:rsidP="001C7BBF">
      <w:pPr>
        <w:pStyle w:val="Paragraphedeliste"/>
        <w:numPr>
          <w:ilvl w:val="0"/>
          <w:numId w:val="16"/>
        </w:numPr>
        <w:jc w:val="both"/>
        <w:rPr>
          <w:rFonts w:ascii="Arial" w:hAnsi="Arial" w:cs="Arial"/>
          <w:lang w:val="fr-FR"/>
        </w:rPr>
      </w:pPr>
      <w:r w:rsidRPr="002917BC">
        <w:rPr>
          <w:rFonts w:ascii="Arial" w:hAnsi="Arial" w:cs="Arial"/>
          <w:lang w:val="fr-FR"/>
        </w:rPr>
        <w:t>Manque de matériel didactique</w:t>
      </w:r>
      <w:r w:rsidR="00935829" w:rsidRPr="002917BC">
        <w:rPr>
          <w:rFonts w:ascii="Arial" w:hAnsi="Arial" w:cs="Arial"/>
          <w:lang w:val="fr-FR"/>
        </w:rPr>
        <w:t xml:space="preserve"> (minimum conforme à la liste en annexe)</w:t>
      </w:r>
      <w:r w:rsidR="00D84ED2" w:rsidRPr="002917BC">
        <w:rPr>
          <w:rFonts w:ascii="Arial" w:hAnsi="Arial" w:cs="Arial"/>
          <w:lang w:val="fr-FR"/>
        </w:rPr>
        <w:t> ;</w:t>
      </w:r>
    </w:p>
    <w:p w14:paraId="3D69D276" w14:textId="77777777" w:rsidR="00D84ED2" w:rsidRPr="002917BC" w:rsidRDefault="00D84ED2" w:rsidP="001C7BBF">
      <w:pPr>
        <w:pStyle w:val="Paragraphedeliste"/>
        <w:numPr>
          <w:ilvl w:val="0"/>
          <w:numId w:val="16"/>
        </w:numPr>
        <w:jc w:val="both"/>
        <w:rPr>
          <w:rFonts w:ascii="Arial" w:hAnsi="Arial" w:cs="Arial"/>
          <w:lang w:val="fr-FR"/>
        </w:rPr>
      </w:pPr>
      <w:r w:rsidRPr="002917BC">
        <w:rPr>
          <w:rFonts w:ascii="Arial" w:hAnsi="Arial" w:cs="Arial"/>
          <w:lang w:val="fr-FR"/>
        </w:rPr>
        <w:t>Numéro d’ordre inférieur ou égal à 15 ans ;</w:t>
      </w:r>
    </w:p>
    <w:p w14:paraId="7FE5C51B" w14:textId="77777777" w:rsidR="00D84ED2" w:rsidRPr="002917BC" w:rsidRDefault="00D84ED2" w:rsidP="001C7BBF">
      <w:pPr>
        <w:pStyle w:val="Paragraphedeliste"/>
        <w:numPr>
          <w:ilvl w:val="0"/>
          <w:numId w:val="16"/>
        </w:numPr>
        <w:jc w:val="both"/>
        <w:rPr>
          <w:rFonts w:ascii="Arial" w:hAnsi="Arial" w:cs="Arial"/>
          <w:lang w:val="fr-FR"/>
        </w:rPr>
      </w:pPr>
      <w:r w:rsidRPr="002917BC">
        <w:rPr>
          <w:rFonts w:ascii="Arial" w:hAnsi="Arial" w:cs="Arial"/>
          <w:lang w:val="fr-FR"/>
        </w:rPr>
        <w:t xml:space="preserve">Manque de certificat BLS de formateur ; </w:t>
      </w:r>
    </w:p>
    <w:p w14:paraId="0DA62BF2" w14:textId="3CCA8948" w:rsidR="00753D0F" w:rsidRPr="002917BC" w:rsidRDefault="00753D0F" w:rsidP="00753D0F">
      <w:pPr>
        <w:pStyle w:val="Paragraphedeliste"/>
        <w:numPr>
          <w:ilvl w:val="0"/>
          <w:numId w:val="16"/>
        </w:numPr>
        <w:jc w:val="both"/>
        <w:rPr>
          <w:rFonts w:ascii="Arial" w:hAnsi="Arial" w:cs="Arial"/>
          <w:color w:val="000000" w:themeColor="text1"/>
          <w:lang w:val="fr-FR"/>
        </w:rPr>
      </w:pPr>
      <w:r w:rsidRPr="002917BC">
        <w:rPr>
          <w:rFonts w:ascii="Arial" w:hAnsi="Arial" w:cs="Arial"/>
          <w:color w:val="000000" w:themeColor="text1"/>
          <w:lang w:val="fr-FR"/>
        </w:rPr>
        <w:t>Manque d’Évaluation des connaissances acquises (pré-test et post-test).</w:t>
      </w:r>
    </w:p>
    <w:p w14:paraId="540D68FF" w14:textId="77777777" w:rsidR="00476856" w:rsidRPr="002917BC" w:rsidRDefault="00D84ED2" w:rsidP="001C7BBF">
      <w:pPr>
        <w:pStyle w:val="Paragraphedeliste"/>
        <w:numPr>
          <w:ilvl w:val="0"/>
          <w:numId w:val="16"/>
        </w:numPr>
        <w:jc w:val="both"/>
        <w:rPr>
          <w:rFonts w:ascii="Arial" w:hAnsi="Arial" w:cs="Arial"/>
          <w:lang w:val="fr-FR"/>
        </w:rPr>
      </w:pPr>
      <w:r w:rsidRPr="002917BC">
        <w:rPr>
          <w:rFonts w:ascii="Arial" w:hAnsi="Arial" w:cs="Arial"/>
          <w:lang w:val="fr-FR"/>
        </w:rPr>
        <w:t>Manque de certificat de formateur en premier secours</w:t>
      </w:r>
      <w:r w:rsidR="00476856" w:rsidRPr="002917BC">
        <w:rPr>
          <w:rFonts w:ascii="Arial" w:hAnsi="Arial" w:cs="Arial"/>
          <w:lang w:val="fr-FR"/>
        </w:rPr>
        <w:t> ;</w:t>
      </w:r>
    </w:p>
    <w:p w14:paraId="7B28FB2A" w14:textId="567E2C3D" w:rsidR="00CE0455" w:rsidRPr="002917BC" w:rsidRDefault="00D67EE9" w:rsidP="001C7BBF">
      <w:pPr>
        <w:pStyle w:val="Paragraphedeliste"/>
        <w:numPr>
          <w:ilvl w:val="0"/>
          <w:numId w:val="16"/>
        </w:numPr>
        <w:rPr>
          <w:rFonts w:ascii="Arial" w:hAnsi="Arial" w:cs="Arial"/>
          <w:lang w:val="fr-FR"/>
        </w:rPr>
      </w:pPr>
      <w:r w:rsidRPr="002917BC">
        <w:rPr>
          <w:rFonts w:ascii="Arial" w:hAnsi="Arial" w:cs="Arial"/>
          <w:lang w:val="fr-FR"/>
        </w:rPr>
        <w:t>Moins de 70</w:t>
      </w:r>
      <w:r w:rsidR="00A85A09" w:rsidRPr="002917BC">
        <w:rPr>
          <w:rFonts w:ascii="Arial" w:hAnsi="Arial" w:cs="Arial"/>
          <w:lang w:val="fr-FR"/>
        </w:rPr>
        <w:t xml:space="preserve"> points</w:t>
      </w:r>
      <w:r w:rsidRPr="002917BC">
        <w:rPr>
          <w:rFonts w:ascii="Arial" w:hAnsi="Arial" w:cs="Arial"/>
          <w:lang w:val="fr-FR"/>
        </w:rPr>
        <w:t xml:space="preserve"> au total</w:t>
      </w:r>
      <w:r w:rsidR="00A85A09" w:rsidRPr="002917BC">
        <w:rPr>
          <w:rFonts w:ascii="Arial" w:hAnsi="Arial" w:cs="Arial"/>
          <w:lang w:val="fr-FR"/>
        </w:rPr>
        <w:t>.</w:t>
      </w:r>
      <w:r w:rsidR="00155821" w:rsidRPr="002917BC">
        <w:rPr>
          <w:rFonts w:ascii="Arial" w:hAnsi="Arial" w:cs="Arial"/>
          <w:lang w:val="fr-FR"/>
        </w:rPr>
        <w:br/>
      </w:r>
    </w:p>
    <w:sectPr w:rsidR="00CE0455" w:rsidRPr="002917BC" w:rsidSect="00083718">
      <w:footerReference w:type="default" r:id="rId8"/>
      <w:pgSz w:w="12240" w:h="15840"/>
      <w:pgMar w:top="1440" w:right="900" w:bottom="144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53D07" w14:textId="77777777" w:rsidR="00EA0C83" w:rsidRDefault="00EA0C83" w:rsidP="00155821">
      <w:pPr>
        <w:spacing w:after="0" w:line="240" w:lineRule="auto"/>
      </w:pPr>
      <w:r>
        <w:separator/>
      </w:r>
    </w:p>
  </w:endnote>
  <w:endnote w:type="continuationSeparator" w:id="0">
    <w:p w14:paraId="70A35F01" w14:textId="77777777" w:rsidR="00EA0C83" w:rsidRDefault="00EA0C83" w:rsidP="00155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9423320"/>
      <w:docPartObj>
        <w:docPartGallery w:val="Page Numbers (Bottom of Page)"/>
        <w:docPartUnique/>
      </w:docPartObj>
    </w:sdtPr>
    <w:sdtContent>
      <w:p w14:paraId="07E2C29E" w14:textId="318DA0C2" w:rsidR="00155821" w:rsidRDefault="00155821">
        <w:pPr>
          <w:pStyle w:val="Pieddepage"/>
          <w:jc w:val="center"/>
        </w:pPr>
        <w:r>
          <w:fldChar w:fldCharType="begin"/>
        </w:r>
        <w:r>
          <w:instrText>PAGE   \* MERGEFORMAT</w:instrText>
        </w:r>
        <w:r>
          <w:fldChar w:fldCharType="separate"/>
        </w:r>
        <w:r>
          <w:rPr>
            <w:lang w:val="fr-FR"/>
          </w:rPr>
          <w:t>2</w:t>
        </w:r>
        <w:r>
          <w:fldChar w:fldCharType="end"/>
        </w:r>
      </w:p>
    </w:sdtContent>
  </w:sdt>
  <w:p w14:paraId="7E254C8D" w14:textId="77777777" w:rsidR="00155821" w:rsidRDefault="0015582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5DB41" w14:textId="77777777" w:rsidR="00EA0C83" w:rsidRDefault="00EA0C83" w:rsidP="00155821">
      <w:pPr>
        <w:spacing w:after="0" w:line="240" w:lineRule="auto"/>
      </w:pPr>
      <w:r>
        <w:separator/>
      </w:r>
    </w:p>
  </w:footnote>
  <w:footnote w:type="continuationSeparator" w:id="0">
    <w:p w14:paraId="077CFFB1" w14:textId="77777777" w:rsidR="00EA0C83" w:rsidRDefault="00EA0C83" w:rsidP="00155821">
      <w:pPr>
        <w:spacing w:after="0" w:line="240" w:lineRule="auto"/>
      </w:pPr>
      <w:r>
        <w:continuationSeparator/>
      </w:r>
    </w:p>
  </w:footnote>
  <w:footnote w:id="1">
    <w:p w14:paraId="79BCFDF0" w14:textId="73A6714D" w:rsidR="00C83201" w:rsidRPr="002917BC" w:rsidRDefault="00C83201">
      <w:pPr>
        <w:pStyle w:val="Notedebasdepage"/>
        <w:rPr>
          <w:rFonts w:ascii="Arial" w:hAnsi="Arial" w:cs="Arial"/>
          <w:sz w:val="16"/>
          <w:szCs w:val="16"/>
          <w:lang w:val="fr-CD"/>
        </w:rPr>
      </w:pPr>
      <w:r>
        <w:rPr>
          <w:rStyle w:val="Appelnotedebasdep"/>
        </w:rPr>
        <w:footnoteRef/>
      </w:r>
      <w:r w:rsidRPr="00184324">
        <w:rPr>
          <w:lang w:val="fr-CD"/>
        </w:rPr>
        <w:t xml:space="preserve"> </w:t>
      </w:r>
      <w:r w:rsidR="00184324" w:rsidRPr="002917BC">
        <w:rPr>
          <w:rFonts w:ascii="Arial" w:hAnsi="Arial" w:cs="Arial"/>
          <w:sz w:val="16"/>
          <w:szCs w:val="16"/>
          <w:lang w:val="fr-CD"/>
        </w:rPr>
        <w:t xml:space="preserve">L'ordre des lieux pour les formations </w:t>
      </w:r>
      <w:r w:rsidR="0010082B" w:rsidRPr="002917BC">
        <w:rPr>
          <w:rFonts w:ascii="Arial" w:hAnsi="Arial" w:cs="Arial"/>
          <w:sz w:val="16"/>
          <w:szCs w:val="16"/>
          <w:lang w:val="fr-CD"/>
        </w:rPr>
        <w:t xml:space="preserve">et les dates </w:t>
      </w:r>
      <w:r w:rsidR="00184324" w:rsidRPr="002917BC">
        <w:rPr>
          <w:rFonts w:ascii="Arial" w:hAnsi="Arial" w:cs="Arial"/>
          <w:sz w:val="16"/>
          <w:szCs w:val="16"/>
          <w:lang w:val="fr-CD"/>
        </w:rPr>
        <w:t>ser</w:t>
      </w:r>
      <w:r w:rsidR="0010082B" w:rsidRPr="002917BC">
        <w:rPr>
          <w:rFonts w:ascii="Arial" w:hAnsi="Arial" w:cs="Arial"/>
          <w:sz w:val="16"/>
          <w:szCs w:val="16"/>
          <w:lang w:val="fr-CD"/>
        </w:rPr>
        <w:t>ont</w:t>
      </w:r>
      <w:r w:rsidR="00184324" w:rsidRPr="002917BC">
        <w:rPr>
          <w:rFonts w:ascii="Arial" w:hAnsi="Arial" w:cs="Arial"/>
          <w:sz w:val="16"/>
          <w:szCs w:val="16"/>
          <w:lang w:val="fr-CD"/>
        </w:rPr>
        <w:t xml:space="preserve"> </w:t>
      </w:r>
      <w:r w:rsidR="00AF0855" w:rsidRPr="002917BC">
        <w:rPr>
          <w:rFonts w:ascii="Arial" w:hAnsi="Arial" w:cs="Arial"/>
          <w:sz w:val="16"/>
          <w:szCs w:val="16"/>
          <w:lang w:val="fr-CD"/>
        </w:rPr>
        <w:t>déterminés</w:t>
      </w:r>
      <w:r w:rsidR="00184324" w:rsidRPr="002917BC">
        <w:rPr>
          <w:rFonts w:ascii="Arial" w:hAnsi="Arial" w:cs="Arial"/>
          <w:sz w:val="16"/>
          <w:szCs w:val="16"/>
          <w:lang w:val="fr-CD"/>
        </w:rPr>
        <w:t xml:space="preserve"> en fonction de la disponibilité des vols intérieurs</w:t>
      </w:r>
      <w:r w:rsidR="00642A48" w:rsidRPr="002917BC">
        <w:rPr>
          <w:rFonts w:ascii="Arial" w:hAnsi="Arial" w:cs="Arial"/>
          <w:sz w:val="16"/>
          <w:szCs w:val="16"/>
          <w:lang w:val="fr-CD"/>
        </w:rPr>
        <w:t xml:space="preserve"> en RD </w:t>
      </w:r>
      <w:r w:rsidR="0010082B" w:rsidRPr="002917BC">
        <w:rPr>
          <w:rFonts w:ascii="Arial" w:hAnsi="Arial" w:cs="Arial"/>
          <w:sz w:val="16"/>
          <w:szCs w:val="16"/>
          <w:lang w:val="fr-CD"/>
        </w:rPr>
        <w:t>Congo</w:t>
      </w:r>
      <w:r w:rsidR="00184324" w:rsidRPr="002917BC">
        <w:rPr>
          <w:rFonts w:ascii="Arial" w:hAnsi="Arial" w:cs="Arial"/>
          <w:sz w:val="16"/>
          <w:szCs w:val="16"/>
          <w:lang w:val="fr-CD"/>
        </w:rPr>
        <w:t>.</w:t>
      </w:r>
    </w:p>
  </w:footnote>
  <w:footnote w:id="2">
    <w:p w14:paraId="29BEF5CD" w14:textId="7F69B971" w:rsidR="00192697" w:rsidRPr="002917BC" w:rsidRDefault="00192697">
      <w:pPr>
        <w:pStyle w:val="Notedebasdepage"/>
        <w:rPr>
          <w:rFonts w:ascii="Arial" w:hAnsi="Arial" w:cs="Arial"/>
          <w:sz w:val="16"/>
          <w:szCs w:val="16"/>
          <w:lang w:val="fr-CD"/>
        </w:rPr>
      </w:pPr>
      <w:r w:rsidRPr="002917BC">
        <w:rPr>
          <w:rStyle w:val="Appelnotedebasdep"/>
          <w:rFonts w:ascii="Arial" w:hAnsi="Arial" w:cs="Arial"/>
          <w:sz w:val="16"/>
          <w:szCs w:val="16"/>
        </w:rPr>
        <w:footnoteRef/>
      </w:r>
      <w:r w:rsidRPr="002917BC">
        <w:rPr>
          <w:rFonts w:ascii="Arial" w:hAnsi="Arial" w:cs="Arial"/>
          <w:sz w:val="16"/>
          <w:szCs w:val="16"/>
          <w:lang w:val="fr-CD"/>
        </w:rPr>
        <w:t xml:space="preserve"> </w:t>
      </w:r>
      <w:r w:rsidR="00950C26" w:rsidRPr="002917BC">
        <w:rPr>
          <w:rFonts w:ascii="Arial" w:hAnsi="Arial" w:cs="Arial"/>
          <w:sz w:val="16"/>
          <w:szCs w:val="16"/>
          <w:lang w:val="fr-CD"/>
        </w:rPr>
        <w:t>Les chiffres pourraient variés selon disponibilité des participants à la date prévue pour une formation.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10891B1D"/>
    <w:multiLevelType w:val="hybridMultilevel"/>
    <w:tmpl w:val="81620516"/>
    <w:lvl w:ilvl="0" w:tplc="240C000B">
      <w:start w:val="1"/>
      <w:numFmt w:val="bullet"/>
      <w:lvlText w:val=""/>
      <w:lvlJc w:val="left"/>
      <w:pPr>
        <w:ind w:left="720" w:hanging="360"/>
      </w:pPr>
      <w:rPr>
        <w:rFonts w:ascii="Wingdings" w:hAnsi="Wingdings"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0" w15:restartNumberingAfterBreak="0">
    <w:nsid w:val="15772A21"/>
    <w:multiLevelType w:val="hybridMultilevel"/>
    <w:tmpl w:val="1C901F1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69C0A6C"/>
    <w:multiLevelType w:val="hybridMultilevel"/>
    <w:tmpl w:val="8D50ADE0"/>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9E1006C"/>
    <w:multiLevelType w:val="hybridMultilevel"/>
    <w:tmpl w:val="9C9A2A44"/>
    <w:lvl w:ilvl="0" w:tplc="D7161F4C">
      <w:start w:val="6"/>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4E81246"/>
    <w:multiLevelType w:val="hybridMultilevel"/>
    <w:tmpl w:val="72AA3E5C"/>
    <w:lvl w:ilvl="0" w:tplc="D7161F4C">
      <w:start w:val="6"/>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68B588A"/>
    <w:multiLevelType w:val="hybridMultilevel"/>
    <w:tmpl w:val="1C901F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6AE2A9D"/>
    <w:multiLevelType w:val="hybridMultilevel"/>
    <w:tmpl w:val="3DF68B98"/>
    <w:lvl w:ilvl="0" w:tplc="EB14E05C">
      <w:start w:val="1"/>
      <w:numFmt w:val="bullet"/>
      <w:lvlText w:val=""/>
      <w:lvlJc w:val="left"/>
      <w:pPr>
        <w:ind w:left="720" w:hanging="360"/>
      </w:pPr>
      <w:rPr>
        <w:rFonts w:ascii="Symbol" w:hAnsi="Symbol" w:hint="default"/>
        <w:color w:val="EE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0957331"/>
    <w:multiLevelType w:val="hybridMultilevel"/>
    <w:tmpl w:val="C2CA505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B3B0909"/>
    <w:multiLevelType w:val="hybridMultilevel"/>
    <w:tmpl w:val="6332EFC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F525F1E"/>
    <w:multiLevelType w:val="hybridMultilevel"/>
    <w:tmpl w:val="74D8EC94"/>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0C55752"/>
    <w:multiLevelType w:val="multilevel"/>
    <w:tmpl w:val="5756C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5B204D"/>
    <w:multiLevelType w:val="hybridMultilevel"/>
    <w:tmpl w:val="4F98FCFE"/>
    <w:lvl w:ilvl="0" w:tplc="040C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54C6F30"/>
    <w:multiLevelType w:val="multilevel"/>
    <w:tmpl w:val="9B221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114A68"/>
    <w:multiLevelType w:val="hybridMultilevel"/>
    <w:tmpl w:val="5254BC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F055B88"/>
    <w:multiLevelType w:val="hybridMultilevel"/>
    <w:tmpl w:val="FA2623FE"/>
    <w:lvl w:ilvl="0" w:tplc="04D478D4">
      <w:start w:val="8"/>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8010BB0"/>
    <w:multiLevelType w:val="hybridMultilevel"/>
    <w:tmpl w:val="0E2AB8EA"/>
    <w:lvl w:ilvl="0" w:tplc="D7161F4C">
      <w:start w:val="6"/>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E1F4270"/>
    <w:multiLevelType w:val="multilevel"/>
    <w:tmpl w:val="F4CC0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0174684">
    <w:abstractNumId w:val="8"/>
  </w:num>
  <w:num w:numId="2" w16cid:durableId="1720008401">
    <w:abstractNumId w:val="6"/>
  </w:num>
  <w:num w:numId="3" w16cid:durableId="379325665">
    <w:abstractNumId w:val="5"/>
  </w:num>
  <w:num w:numId="4" w16cid:durableId="1947082678">
    <w:abstractNumId w:val="4"/>
  </w:num>
  <w:num w:numId="5" w16cid:durableId="1418943247">
    <w:abstractNumId w:val="7"/>
  </w:num>
  <w:num w:numId="6" w16cid:durableId="2013529763">
    <w:abstractNumId w:val="3"/>
  </w:num>
  <w:num w:numId="7" w16cid:durableId="2127965176">
    <w:abstractNumId w:val="2"/>
  </w:num>
  <w:num w:numId="8" w16cid:durableId="430273602">
    <w:abstractNumId w:val="1"/>
  </w:num>
  <w:num w:numId="9" w16cid:durableId="557592190">
    <w:abstractNumId w:val="0"/>
  </w:num>
  <w:num w:numId="10" w16cid:durableId="1130898347">
    <w:abstractNumId w:val="10"/>
  </w:num>
  <w:num w:numId="11" w16cid:durableId="1806242599">
    <w:abstractNumId w:val="24"/>
  </w:num>
  <w:num w:numId="12" w16cid:durableId="465195977">
    <w:abstractNumId w:val="12"/>
  </w:num>
  <w:num w:numId="13" w16cid:durableId="1797412390">
    <w:abstractNumId w:val="20"/>
  </w:num>
  <w:num w:numId="14" w16cid:durableId="498037223">
    <w:abstractNumId w:val="23"/>
  </w:num>
  <w:num w:numId="15" w16cid:durableId="1930114916">
    <w:abstractNumId w:val="18"/>
  </w:num>
  <w:num w:numId="16" w16cid:durableId="2026206783">
    <w:abstractNumId w:val="13"/>
  </w:num>
  <w:num w:numId="17" w16cid:durableId="2111269922">
    <w:abstractNumId w:val="21"/>
  </w:num>
  <w:num w:numId="18" w16cid:durableId="727151424">
    <w:abstractNumId w:val="17"/>
  </w:num>
  <w:num w:numId="19" w16cid:durableId="1913539608">
    <w:abstractNumId w:val="19"/>
  </w:num>
  <w:num w:numId="20" w16cid:durableId="574052755">
    <w:abstractNumId w:val="16"/>
  </w:num>
  <w:num w:numId="21" w16cid:durableId="40591928">
    <w:abstractNumId w:val="11"/>
  </w:num>
  <w:num w:numId="22" w16cid:durableId="1934433791">
    <w:abstractNumId w:val="25"/>
  </w:num>
  <w:num w:numId="23" w16cid:durableId="1571454103">
    <w:abstractNumId w:val="22"/>
  </w:num>
  <w:num w:numId="24" w16cid:durableId="1422721257">
    <w:abstractNumId w:val="15"/>
  </w:num>
  <w:num w:numId="25" w16cid:durableId="1891186662">
    <w:abstractNumId w:val="14"/>
  </w:num>
  <w:num w:numId="26" w16cid:durableId="7199812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8D5"/>
    <w:rsid w:val="00027E5C"/>
    <w:rsid w:val="000330DF"/>
    <w:rsid w:val="00034616"/>
    <w:rsid w:val="0006063C"/>
    <w:rsid w:val="00073B41"/>
    <w:rsid w:val="000745AF"/>
    <w:rsid w:val="00074658"/>
    <w:rsid w:val="00083718"/>
    <w:rsid w:val="00083835"/>
    <w:rsid w:val="000933F1"/>
    <w:rsid w:val="000B37DA"/>
    <w:rsid w:val="000C1E6D"/>
    <w:rsid w:val="000C35BF"/>
    <w:rsid w:val="0010082B"/>
    <w:rsid w:val="00111A4F"/>
    <w:rsid w:val="0011432F"/>
    <w:rsid w:val="001277F4"/>
    <w:rsid w:val="00133834"/>
    <w:rsid w:val="00134294"/>
    <w:rsid w:val="0015074B"/>
    <w:rsid w:val="00155821"/>
    <w:rsid w:val="001576AA"/>
    <w:rsid w:val="00184324"/>
    <w:rsid w:val="00186E3C"/>
    <w:rsid w:val="00192697"/>
    <w:rsid w:val="001B7774"/>
    <w:rsid w:val="001C4EED"/>
    <w:rsid w:val="001C7BBF"/>
    <w:rsid w:val="001D0FEA"/>
    <w:rsid w:val="001E48A6"/>
    <w:rsid w:val="001F5C7D"/>
    <w:rsid w:val="0020561E"/>
    <w:rsid w:val="002146A9"/>
    <w:rsid w:val="00255DC8"/>
    <w:rsid w:val="00264D56"/>
    <w:rsid w:val="0026598A"/>
    <w:rsid w:val="00273615"/>
    <w:rsid w:val="00275DF2"/>
    <w:rsid w:val="00277210"/>
    <w:rsid w:val="002917BC"/>
    <w:rsid w:val="0029639D"/>
    <w:rsid w:val="002A1841"/>
    <w:rsid w:val="002B022E"/>
    <w:rsid w:val="002C7062"/>
    <w:rsid w:val="002F102C"/>
    <w:rsid w:val="00326F90"/>
    <w:rsid w:val="00391CD6"/>
    <w:rsid w:val="003A1AA5"/>
    <w:rsid w:val="003C55CD"/>
    <w:rsid w:val="00417C88"/>
    <w:rsid w:val="004721CC"/>
    <w:rsid w:val="00476856"/>
    <w:rsid w:val="004D7623"/>
    <w:rsid w:val="00580080"/>
    <w:rsid w:val="00586F0D"/>
    <w:rsid w:val="005C62EE"/>
    <w:rsid w:val="006118EB"/>
    <w:rsid w:val="006162E9"/>
    <w:rsid w:val="00640680"/>
    <w:rsid w:val="00641649"/>
    <w:rsid w:val="00642A48"/>
    <w:rsid w:val="00652766"/>
    <w:rsid w:val="006639F8"/>
    <w:rsid w:val="00670E22"/>
    <w:rsid w:val="006D1F4D"/>
    <w:rsid w:val="006F5671"/>
    <w:rsid w:val="00705D87"/>
    <w:rsid w:val="00750C3B"/>
    <w:rsid w:val="00753D0F"/>
    <w:rsid w:val="0079514D"/>
    <w:rsid w:val="007C2BBD"/>
    <w:rsid w:val="007F70AF"/>
    <w:rsid w:val="008472E5"/>
    <w:rsid w:val="0086742D"/>
    <w:rsid w:val="00881235"/>
    <w:rsid w:val="00886E9C"/>
    <w:rsid w:val="008B55C8"/>
    <w:rsid w:val="008C464F"/>
    <w:rsid w:val="008C6BDA"/>
    <w:rsid w:val="008E02EB"/>
    <w:rsid w:val="008F1DD3"/>
    <w:rsid w:val="00913BF9"/>
    <w:rsid w:val="00917B15"/>
    <w:rsid w:val="00927B37"/>
    <w:rsid w:val="00935829"/>
    <w:rsid w:val="00950C26"/>
    <w:rsid w:val="00954155"/>
    <w:rsid w:val="00955AAF"/>
    <w:rsid w:val="0096178B"/>
    <w:rsid w:val="00990201"/>
    <w:rsid w:val="009A6E8A"/>
    <w:rsid w:val="00A85A09"/>
    <w:rsid w:val="00A91D18"/>
    <w:rsid w:val="00AA1D8D"/>
    <w:rsid w:val="00AB3B22"/>
    <w:rsid w:val="00AB4CC4"/>
    <w:rsid w:val="00AB4DF7"/>
    <w:rsid w:val="00AD52CC"/>
    <w:rsid w:val="00AD624C"/>
    <w:rsid w:val="00AF0855"/>
    <w:rsid w:val="00B03F6A"/>
    <w:rsid w:val="00B47730"/>
    <w:rsid w:val="00B64C18"/>
    <w:rsid w:val="00B6791C"/>
    <w:rsid w:val="00B82920"/>
    <w:rsid w:val="00B83B51"/>
    <w:rsid w:val="00B93290"/>
    <w:rsid w:val="00BA78FE"/>
    <w:rsid w:val="00BE228C"/>
    <w:rsid w:val="00BF61C9"/>
    <w:rsid w:val="00C16AFC"/>
    <w:rsid w:val="00C20A22"/>
    <w:rsid w:val="00C233E6"/>
    <w:rsid w:val="00C400CC"/>
    <w:rsid w:val="00C525BE"/>
    <w:rsid w:val="00C55F21"/>
    <w:rsid w:val="00C83201"/>
    <w:rsid w:val="00C93739"/>
    <w:rsid w:val="00CA42DE"/>
    <w:rsid w:val="00CB0664"/>
    <w:rsid w:val="00CC4747"/>
    <w:rsid w:val="00CD0E62"/>
    <w:rsid w:val="00CE0455"/>
    <w:rsid w:val="00CF2724"/>
    <w:rsid w:val="00D04D91"/>
    <w:rsid w:val="00D16925"/>
    <w:rsid w:val="00D211ED"/>
    <w:rsid w:val="00D30161"/>
    <w:rsid w:val="00D67EE9"/>
    <w:rsid w:val="00D84ED2"/>
    <w:rsid w:val="00DD779A"/>
    <w:rsid w:val="00DE546A"/>
    <w:rsid w:val="00E12D91"/>
    <w:rsid w:val="00E22D6A"/>
    <w:rsid w:val="00E33CF9"/>
    <w:rsid w:val="00E40512"/>
    <w:rsid w:val="00E53382"/>
    <w:rsid w:val="00E55387"/>
    <w:rsid w:val="00E87DE8"/>
    <w:rsid w:val="00EA0C83"/>
    <w:rsid w:val="00F26043"/>
    <w:rsid w:val="00FA3528"/>
    <w:rsid w:val="00FC693F"/>
    <w:rsid w:val="00FF0C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3103AB"/>
  <w14:defaultImageDpi w14:val="300"/>
  <w15:docId w15:val="{BE15E55B-69D4-4460-BA1F-1DFE06F1A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vision">
    <w:name w:val="Revision"/>
    <w:hidden/>
    <w:uiPriority w:val="99"/>
    <w:semiHidden/>
    <w:rsid w:val="00955AAF"/>
    <w:pPr>
      <w:spacing w:after="0" w:line="240" w:lineRule="auto"/>
    </w:pPr>
  </w:style>
  <w:style w:type="paragraph" w:styleId="Notedebasdepage">
    <w:name w:val="footnote text"/>
    <w:basedOn w:val="Normal"/>
    <w:link w:val="NotedebasdepageCar"/>
    <w:uiPriority w:val="99"/>
    <w:semiHidden/>
    <w:unhideWhenUsed/>
    <w:rsid w:val="00C8320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83201"/>
    <w:rPr>
      <w:sz w:val="20"/>
      <w:szCs w:val="20"/>
    </w:rPr>
  </w:style>
  <w:style w:type="character" w:styleId="Appelnotedebasdep">
    <w:name w:val="footnote reference"/>
    <w:basedOn w:val="Policepardfaut"/>
    <w:uiPriority w:val="99"/>
    <w:semiHidden/>
    <w:unhideWhenUsed/>
    <w:rsid w:val="00C832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1069</Words>
  <Characters>5881</Characters>
  <Application>Microsoft Office Word</Application>
  <DocSecurity>0</DocSecurity>
  <Lines>49</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6937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Baliahamwabo Dakwinja, Justin GIZ CD</cp:lastModifiedBy>
  <cp:revision>3</cp:revision>
  <dcterms:created xsi:type="dcterms:W3CDTF">2026-09-22T11:57:00Z</dcterms:created>
  <dcterms:modified xsi:type="dcterms:W3CDTF">2026-10-16T07:20:00Z</dcterms:modified>
  <cp:category/>
</cp:coreProperties>
</file>